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1CD" w:rsidRDefault="00B737A9">
      <w:pPr>
        <w:jc w:val="center"/>
      </w:pPr>
      <w:r>
        <w:rPr>
          <w:noProof/>
          <w:lang w:val="cs-CZ" w:eastAsia="cs-CZ"/>
        </w:rPr>
        <w:drawing>
          <wp:inline distT="0" distB="0" distL="0" distR="0">
            <wp:extent cx="5054600" cy="939800"/>
            <wp:effectExtent l="0" t="0" r="0" b="0"/>
            <wp:docPr id="1" name="Obrázek 5" descr="Obsah obrázku text, snímek obrazovky, logo, Písmo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5" descr="Obsah obrázku text, snímek obrazovky, logo, Písmo&#10;&#10;Obsah generovaný pomocí AI může být nesprávný.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939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</w:rPr>
        <w:t>VNITŘNÍ ŘÁD ŠKOLNÍ DRUŽINY</w:t>
      </w:r>
    </w:p>
    <w:p w:rsidR="00DE51CD" w:rsidRDefault="00684BF7">
      <w:pPr>
        <w:spacing w:before="240" w:after="240"/>
      </w:pPr>
      <w:proofErr w:type="gramStart"/>
      <w:r>
        <w:t>Vnitřní řád školní družiny (dále jen „ŠD“) je vydáván v souladu s ustanovením zákona č. 561/2004 Sb., o předškolním, základním, středním, vyšším odborném a jiném vzdělávání (školský zákon), ve znění pozdějších předpisů, zejména</w:t>
      </w:r>
      <w:r>
        <w:t xml:space="preserve"> § 30 odst.</w:t>
      </w:r>
      <w:proofErr w:type="gramEnd"/>
      <w:r>
        <w:t xml:space="preserve"> </w:t>
      </w:r>
      <w:proofErr w:type="gramStart"/>
      <w:r>
        <w:t>1, a zákona č. 267/2025 Sb., kterým se mění školský zákon.</w:t>
      </w:r>
      <w:proofErr w:type="gramEnd"/>
      <w:r>
        <w:t xml:space="preserve"> </w:t>
      </w:r>
      <w:proofErr w:type="gramStart"/>
      <w:r>
        <w:t>Školní družina se ve své činnosti řídí zejména vyhláškou č. 74/2005 Sb., o zájmovém vzdělávání.</w:t>
      </w:r>
      <w:proofErr w:type="gramEnd"/>
    </w:p>
    <w:tbl>
      <w:tblPr>
        <w:tblW w:w="0" w:type="auto"/>
        <w:jc w:val="center"/>
        <w:tblLayout w:type="fixed"/>
        <w:tblLook w:val="04A0"/>
      </w:tblPr>
      <w:tblGrid>
        <w:gridCol w:w="5040"/>
        <w:gridCol w:w="4320"/>
      </w:tblGrid>
      <w:tr w:rsidR="00DE51CD">
        <w:trPr>
          <w:jc w:val="center"/>
        </w:trPr>
        <w:tc>
          <w:tcPr>
            <w:tcW w:w="50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E51CD" w:rsidRDefault="00684BF7">
            <w:r>
              <w:rPr>
                <w:b/>
                <w:sz w:val="22"/>
              </w:rPr>
              <w:t>Vypracovala: vedoucí vychovatelka ŠD</w:t>
            </w:r>
          </w:p>
        </w:tc>
        <w:tc>
          <w:tcPr>
            <w:tcW w:w="43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E51CD" w:rsidRDefault="00684BF7">
            <w:r>
              <w:rPr>
                <w:sz w:val="22"/>
              </w:rPr>
              <w:t>Bc. Miroslava Jonášová</w:t>
            </w:r>
          </w:p>
        </w:tc>
      </w:tr>
      <w:tr w:rsidR="00DE51CD">
        <w:trPr>
          <w:jc w:val="center"/>
        </w:trPr>
        <w:tc>
          <w:tcPr>
            <w:tcW w:w="50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E51CD" w:rsidRDefault="00684BF7">
            <w:r>
              <w:rPr>
                <w:b/>
                <w:sz w:val="22"/>
              </w:rPr>
              <w:t>Schválil: ředitel školy</w:t>
            </w:r>
          </w:p>
        </w:tc>
        <w:tc>
          <w:tcPr>
            <w:tcW w:w="43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E51CD" w:rsidRDefault="00684BF7">
            <w:r>
              <w:rPr>
                <w:sz w:val="22"/>
              </w:rPr>
              <w:t>Mgr.</w:t>
            </w:r>
            <w:r>
              <w:rPr>
                <w:sz w:val="22"/>
              </w:rPr>
              <w:t xml:space="preserve"> Tomáš Policer</w:t>
            </w:r>
          </w:p>
        </w:tc>
      </w:tr>
      <w:tr w:rsidR="00DE51CD">
        <w:trPr>
          <w:jc w:val="center"/>
        </w:trPr>
        <w:tc>
          <w:tcPr>
            <w:tcW w:w="50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E51CD" w:rsidRDefault="00684BF7">
            <w:r>
              <w:rPr>
                <w:b/>
                <w:sz w:val="22"/>
              </w:rPr>
              <w:t>Směrnice projednána se zaměstnanci dne:</w:t>
            </w:r>
          </w:p>
        </w:tc>
        <w:tc>
          <w:tcPr>
            <w:tcW w:w="43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E51CD" w:rsidRDefault="00684BF7">
            <w:r>
              <w:rPr>
                <w:sz w:val="22"/>
              </w:rPr>
              <w:t>25.08. 2026 na zahajovací pedagogické radě</w:t>
            </w:r>
          </w:p>
        </w:tc>
      </w:tr>
      <w:tr w:rsidR="00DE51CD">
        <w:trPr>
          <w:jc w:val="center"/>
        </w:trPr>
        <w:tc>
          <w:tcPr>
            <w:tcW w:w="50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E51CD" w:rsidRDefault="00684BF7">
            <w:r>
              <w:rPr>
                <w:b/>
                <w:sz w:val="22"/>
              </w:rPr>
              <w:t>Směrnice nabývá platnosti ode dne:</w:t>
            </w:r>
          </w:p>
        </w:tc>
        <w:tc>
          <w:tcPr>
            <w:tcW w:w="43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E51CD" w:rsidRDefault="00684BF7">
            <w:r>
              <w:rPr>
                <w:sz w:val="22"/>
              </w:rPr>
              <w:t>01.09. 2026</w:t>
            </w:r>
          </w:p>
        </w:tc>
      </w:tr>
      <w:tr w:rsidR="00DE51CD">
        <w:trPr>
          <w:jc w:val="center"/>
        </w:trPr>
        <w:tc>
          <w:tcPr>
            <w:tcW w:w="50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E51CD" w:rsidRDefault="00684BF7">
            <w:r>
              <w:rPr>
                <w:b/>
                <w:sz w:val="22"/>
              </w:rPr>
              <w:t>Směrnice nabývá účinnosti ode dne:</w:t>
            </w:r>
          </w:p>
        </w:tc>
        <w:tc>
          <w:tcPr>
            <w:tcW w:w="43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E51CD" w:rsidRDefault="00684BF7">
            <w:r>
              <w:rPr>
                <w:sz w:val="22"/>
              </w:rPr>
              <w:t>01.09. 2026</w:t>
            </w:r>
          </w:p>
        </w:tc>
      </w:tr>
      <w:tr w:rsidR="00DE51CD">
        <w:trPr>
          <w:jc w:val="center"/>
        </w:trPr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E51CD" w:rsidRDefault="00684BF7">
            <w:r>
              <w:rPr>
                <w:sz w:val="22"/>
              </w:rPr>
              <w:t>Ukládání do spisovny školy, skartace a vyřazení se řídí plat</w:t>
            </w:r>
            <w:r>
              <w:rPr>
                <w:sz w:val="22"/>
              </w:rPr>
              <w:t>ným spisovým a skartačním řádem.</w:t>
            </w:r>
          </w:p>
        </w:tc>
      </w:tr>
      <w:tr w:rsidR="00DE51CD">
        <w:trPr>
          <w:jc w:val="center"/>
        </w:trPr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E51CD" w:rsidRDefault="00684BF7">
            <w:r>
              <w:rPr>
                <w:sz w:val="22"/>
              </w:rPr>
              <w:t>Č. směrnice 3/2026/ZS (od 01.09. 2026</w:t>
            </w:r>
            <w:proofErr w:type="gramStart"/>
            <w:r>
              <w:rPr>
                <w:sz w:val="22"/>
              </w:rPr>
              <w:t>)</w:t>
            </w:r>
            <w:proofErr w:type="gramEnd"/>
            <w:r>
              <w:rPr>
                <w:sz w:val="22"/>
              </w:rPr>
              <w:br/>
              <w:t>Změny: Od 01.09. 2026</w:t>
            </w:r>
            <w:r>
              <w:rPr>
                <w:sz w:val="22"/>
              </w:rPr>
              <w:br/>
              <w:t>Nahrazuje se směrnice z 04.09. 2023</w:t>
            </w:r>
          </w:p>
        </w:tc>
      </w:tr>
    </w:tbl>
    <w:p w:rsidR="00DE51CD" w:rsidRDefault="00DE51CD">
      <w:pPr>
        <w:spacing w:after="240"/>
      </w:pPr>
    </w:p>
    <w:p w:rsidR="00DE51CD" w:rsidRDefault="00684BF7">
      <w:pPr>
        <w:keepNext/>
        <w:spacing w:before="360" w:after="120"/>
      </w:pPr>
      <w:r>
        <w:rPr>
          <w:b/>
          <w:color w:val="2B5797"/>
          <w:sz w:val="28"/>
        </w:rPr>
        <w:t>Poslání školní družiny</w:t>
      </w:r>
    </w:p>
    <w:p w:rsidR="00DE51CD" w:rsidRDefault="00684BF7">
      <w:pPr>
        <w:spacing w:after="120"/>
      </w:pPr>
      <w:proofErr w:type="gramStart"/>
      <w:r>
        <w:t>Ve dnech školního vyučování tvoří mezistupeň mezi výukou ve škole a výchovou v rodině.</w:t>
      </w:r>
      <w:proofErr w:type="gramEnd"/>
      <w:r>
        <w:t xml:space="preserve"> </w:t>
      </w:r>
      <w:proofErr w:type="gramStart"/>
      <w:r>
        <w:t xml:space="preserve">Není </w:t>
      </w:r>
      <w:r>
        <w:t>pokračováním školního vyučování, prováděné činnosti vycházejí z požadavků a zásad pedagogiky volného času.</w:t>
      </w:r>
      <w:proofErr w:type="gramEnd"/>
      <w:r>
        <w:t xml:space="preserve"> </w:t>
      </w:r>
      <w:proofErr w:type="gramStart"/>
      <w:r>
        <w:t>Zabezpečuje zájmovou činnost, odpočinek a rekreaci žáků.</w:t>
      </w:r>
      <w:proofErr w:type="gramEnd"/>
      <w:r>
        <w:t xml:space="preserve"> </w:t>
      </w:r>
      <w:proofErr w:type="gramStart"/>
      <w:r>
        <w:t>Mimo činnost výchovně vzdělávací plní částečně také funkci sociální, tzn.</w:t>
      </w:r>
      <w:proofErr w:type="gramEnd"/>
      <w:r>
        <w:t xml:space="preserve"> </w:t>
      </w:r>
      <w:proofErr w:type="gramStart"/>
      <w:r>
        <w:t>dohled</w:t>
      </w:r>
      <w:proofErr w:type="gramEnd"/>
      <w:r>
        <w:t xml:space="preserve"> nad žáky po</w:t>
      </w:r>
      <w:r>
        <w:t xml:space="preserve"> určitou dobu před nebo po ukončení vyučování.</w:t>
      </w:r>
    </w:p>
    <w:p w:rsidR="00DE51CD" w:rsidRDefault="00684BF7">
      <w:pPr>
        <w:keepNext/>
        <w:spacing w:before="360" w:after="120"/>
      </w:pPr>
      <w:r>
        <w:rPr>
          <w:b/>
          <w:color w:val="2B5797"/>
          <w:sz w:val="28"/>
        </w:rPr>
        <w:lastRenderedPageBreak/>
        <w:t>PODROBNOSTI K VÝKONU PRÁV A POVINNOSTÍ ŽÁKŮ A JEJICH ZÁKONNÝCH ZÁSTUPCŮ VE ŠKOLNÍ DRUŽINĚ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t>Práva žáků:</w:t>
      </w:r>
    </w:p>
    <w:p w:rsidR="00DE51CD" w:rsidRDefault="00684BF7">
      <w:pPr>
        <w:pStyle w:val="Seznamsodrkami"/>
        <w:spacing w:after="60"/>
      </w:pPr>
      <w:r>
        <w:t>Seznamovat se s aktivitami vedoucími ke smysluplnému trávení volného času, které jsou nabízeny zejména form</w:t>
      </w:r>
      <w:r>
        <w:t>ou her a spontánních činností,</w:t>
      </w:r>
    </w:p>
    <w:p w:rsidR="00DE51CD" w:rsidRDefault="00684BF7">
      <w:pPr>
        <w:pStyle w:val="Seznamsodrkami"/>
        <w:spacing w:after="60"/>
      </w:pPr>
      <w:r>
        <w:t>využívat zařízení a vybavení ŠD za stanovených podmínek,</w:t>
      </w:r>
    </w:p>
    <w:p w:rsidR="00DE51CD" w:rsidRDefault="00684BF7">
      <w:pPr>
        <w:pStyle w:val="Seznamsodrkami"/>
        <w:spacing w:after="60"/>
      </w:pPr>
      <w:r>
        <w:t>požádat vychovatelku ŠD o pomoc při řešení problémů,</w:t>
      </w:r>
    </w:p>
    <w:p w:rsidR="00DE51CD" w:rsidRDefault="00684BF7">
      <w:pPr>
        <w:pStyle w:val="Seznamsodrkami"/>
        <w:spacing w:after="60"/>
      </w:pPr>
      <w:r>
        <w:t>účastnit se činnosti zájmových kroužků a pořádaných akcí v rámci ŠD,</w:t>
      </w:r>
    </w:p>
    <w:p w:rsidR="00DE51CD" w:rsidRDefault="00684BF7">
      <w:pPr>
        <w:pStyle w:val="Seznamsodrkami"/>
        <w:spacing w:after="60"/>
      </w:pPr>
      <w:r>
        <w:t>na ochranu před jakoukoliv formou diskriminace</w:t>
      </w:r>
      <w:r>
        <w:t xml:space="preserve"> a násilí, před sociálně patologickými jevy, před tělesným či duševním násilím, urážením a zneužíváním,</w:t>
      </w:r>
    </w:p>
    <w:p w:rsidR="00DE51CD" w:rsidRDefault="00684BF7">
      <w:pPr>
        <w:pStyle w:val="Seznamsodrkami"/>
        <w:spacing w:after="60"/>
      </w:pPr>
      <w:proofErr w:type="gramStart"/>
      <w:r>
        <w:t>právo</w:t>
      </w:r>
      <w:proofErr w:type="gramEnd"/>
      <w:r>
        <w:t xml:space="preserve"> na informace o výsledcích činnosti a na vyjádření vlastního názoru (v souladu s Listinou práv dítěte).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t>Povinnosti žáků:</w:t>
      </w:r>
    </w:p>
    <w:p w:rsidR="00DE51CD" w:rsidRDefault="00684BF7">
      <w:pPr>
        <w:pStyle w:val="Seznamsodrkami"/>
        <w:spacing w:after="60"/>
      </w:pPr>
      <w:r>
        <w:t>Dodržovat vnitřní řád škol</w:t>
      </w:r>
      <w:r>
        <w:t>ní družiny, předpisy a pokyny školy k ochraně zdraví a bezpečnosti, s nimiž byli vychovatelkou seznámeni,</w:t>
      </w:r>
    </w:p>
    <w:p w:rsidR="00DE51CD" w:rsidRDefault="00684BF7">
      <w:pPr>
        <w:pStyle w:val="Seznamsodrkami"/>
        <w:spacing w:after="60"/>
      </w:pPr>
      <w:r>
        <w:t>důsledně plnit pokyny vychovatelky, bez jejího vědomí nesmí nikam odcházet nebo opustit ŠD, řádně docházet do školní družiny, předat omluvenku podepsa</w:t>
      </w:r>
      <w:r>
        <w:t>nou zákonným zástupcem, pokud do školní družiny nejde,</w:t>
      </w:r>
    </w:p>
    <w:p w:rsidR="00DE51CD" w:rsidRDefault="00684BF7">
      <w:pPr>
        <w:pStyle w:val="Seznamsodrkami"/>
        <w:spacing w:after="60"/>
      </w:pPr>
      <w:r>
        <w:t>respektovat práva všech účastníků ŠD, chovat se k nim slušně,</w:t>
      </w:r>
    </w:p>
    <w:p w:rsidR="00DE51CD" w:rsidRDefault="00684BF7">
      <w:pPr>
        <w:pStyle w:val="Seznamsodrkami"/>
        <w:spacing w:after="60"/>
      </w:pPr>
      <w:r>
        <w:t>zjistí-li ztrátu či poškození osobní věci, tuto skutečnost neprodleně ohlásit vychovatelce školní družiny v ten den, kdy ke ztrátě či poško</w:t>
      </w:r>
      <w:r>
        <w:t>zení došlo,</w:t>
      </w:r>
    </w:p>
    <w:p w:rsidR="00DE51CD" w:rsidRDefault="00684BF7">
      <w:pPr>
        <w:pStyle w:val="Seznamsodrkami"/>
        <w:spacing w:after="60"/>
      </w:pPr>
      <w:r>
        <w:t>hlásit vychovatelce jakékoliv své poranění či úraz nebo úraz spolužáka, pokud o něm ví,</w:t>
      </w:r>
    </w:p>
    <w:p w:rsidR="00DE51CD" w:rsidRDefault="00684BF7">
      <w:pPr>
        <w:pStyle w:val="Seznamsodrkami"/>
        <w:spacing w:after="60"/>
      </w:pPr>
      <w:r>
        <w:t>zacházet s vybavením školní družiny šetrně, udržovat své místo i ostatní prostory školní družiny v čistotě a pořádku, chránit majetek před poškozením,</w:t>
      </w:r>
    </w:p>
    <w:p w:rsidR="00DE51CD" w:rsidRDefault="00684BF7">
      <w:pPr>
        <w:pStyle w:val="Seznamsodrkami"/>
        <w:spacing w:after="60"/>
      </w:pPr>
      <w:proofErr w:type="gramStart"/>
      <w:r>
        <w:t>oznamovat</w:t>
      </w:r>
      <w:proofErr w:type="gramEnd"/>
      <w:r>
        <w:t xml:space="preserve"> školskému zařízení údaje podle § 28 odst. 2 a 3 další údaje, které jsou podstatné pro průběh vzdělávání nebo bezpečnost žáka a změny v těchto údajích,</w:t>
      </w:r>
    </w:p>
    <w:p w:rsidR="00DE51CD" w:rsidRDefault="00684BF7">
      <w:pPr>
        <w:pStyle w:val="Seznamsodrkami"/>
        <w:spacing w:after="60"/>
      </w:pPr>
      <w:proofErr w:type="gramStart"/>
      <w:r>
        <w:t>během</w:t>
      </w:r>
      <w:proofErr w:type="gramEnd"/>
      <w:r>
        <w:t xml:space="preserve"> vycházky a pobytu venku mají žáci své aktovky uložené ve školní družině, za mobilní telef</w:t>
      </w:r>
      <w:r>
        <w:t>ony a přinesené hračky ŠD neručí.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t>Práva zákonných zástupců:</w:t>
      </w:r>
    </w:p>
    <w:p w:rsidR="00DE51CD" w:rsidRDefault="00684BF7">
      <w:pPr>
        <w:pStyle w:val="Seznamsodrkami"/>
        <w:spacing w:after="60"/>
      </w:pPr>
      <w:r>
        <w:t>Přihlásit své dítě do ŠD předáním vyplněného a podepsaného zápisního lístku,</w:t>
      </w:r>
    </w:p>
    <w:p w:rsidR="00DE51CD" w:rsidRDefault="00684BF7">
      <w:pPr>
        <w:pStyle w:val="Seznamsodrkami"/>
        <w:spacing w:after="60"/>
      </w:pPr>
      <w:r>
        <w:t>odhlásit své dítě ze ŠD, a to i v průběhu školního roku,</w:t>
      </w:r>
    </w:p>
    <w:p w:rsidR="00DE51CD" w:rsidRDefault="00684BF7">
      <w:pPr>
        <w:pStyle w:val="Seznamsodrkami"/>
        <w:spacing w:after="60"/>
      </w:pPr>
      <w:r>
        <w:t>být informováni o činnosti ŠD, obracet se na vychovatelky se s</w:t>
      </w:r>
      <w:r>
        <w:t>vými náměty a podněty,</w:t>
      </w:r>
    </w:p>
    <w:p w:rsidR="00DE51CD" w:rsidRDefault="00684BF7">
      <w:pPr>
        <w:pStyle w:val="Seznamsodrkami"/>
        <w:spacing w:after="60"/>
      </w:pPr>
      <w:r>
        <w:t>být vychovatelkou informováni o činnosti žáka v ŠD, jeho chování v době pobytu ve ŠD,</w:t>
      </w:r>
    </w:p>
    <w:p w:rsidR="00DE51CD" w:rsidRDefault="00684BF7">
      <w:pPr>
        <w:pStyle w:val="Seznamsodrkami"/>
        <w:spacing w:after="60"/>
      </w:pPr>
      <w:proofErr w:type="gramStart"/>
      <w:r>
        <w:t>v</w:t>
      </w:r>
      <w:proofErr w:type="gramEnd"/>
      <w:r>
        <w:t xml:space="preserve"> případě nespokojenosti se obrátit na vedoucí vychovatelku nebo zástupce ředitele školy.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lastRenderedPageBreak/>
        <w:t>Povinnosti zákonných zástupců:</w:t>
      </w:r>
    </w:p>
    <w:p w:rsidR="00DE51CD" w:rsidRDefault="00684BF7">
      <w:pPr>
        <w:pStyle w:val="Seznamsodrkami"/>
        <w:spacing w:after="60"/>
      </w:pPr>
      <w:r>
        <w:t xml:space="preserve">Zajistit, aby přihlášený </w:t>
      </w:r>
      <w:r>
        <w:t>žák řádně docházel do ŠD,</w:t>
      </w:r>
    </w:p>
    <w:p w:rsidR="00DE51CD" w:rsidRDefault="00684BF7">
      <w:pPr>
        <w:pStyle w:val="Seznamsodrkami"/>
        <w:spacing w:after="60"/>
      </w:pPr>
      <w:r>
        <w:t>včas písemně omlouvat absenci žáka ve ŠD (tzn. předem nebo nejpozději v den, kdy do ŠD nepůjde),</w:t>
      </w:r>
    </w:p>
    <w:p w:rsidR="00DE51CD" w:rsidRDefault="00684BF7">
      <w:pPr>
        <w:pStyle w:val="Seznamsodrkami"/>
        <w:spacing w:after="60"/>
      </w:pPr>
      <w:r>
        <w:t>informovat vychovatelku o změně zdravotní způsobilosti žáka, o jeho zdravotních potížích nebo o jiných závažných skutečnostech, které</w:t>
      </w:r>
      <w:r>
        <w:t xml:space="preserve"> by mohly mít vliv na průběh vzdělávání či chování žáka ve ŠD,</w:t>
      </w:r>
    </w:p>
    <w:p w:rsidR="00DE51CD" w:rsidRDefault="00684BF7">
      <w:pPr>
        <w:pStyle w:val="Seznamsodrkami"/>
        <w:spacing w:after="60"/>
      </w:pPr>
      <w:proofErr w:type="gramStart"/>
      <w:r>
        <w:t>školné</w:t>
      </w:r>
      <w:proofErr w:type="gramEnd"/>
      <w:r>
        <w:t xml:space="preserve"> za ŠD je stanoveno 1750,- Kč za každé pololetí. Platbu je zákonný zástupce žáka povinný uhradit za I. pololetí do 30. </w:t>
      </w:r>
      <w:proofErr w:type="gramStart"/>
      <w:r>
        <w:t>září</w:t>
      </w:r>
      <w:proofErr w:type="gramEnd"/>
      <w:r>
        <w:t xml:space="preserve"> </w:t>
      </w:r>
      <w:r>
        <w:t xml:space="preserve">(za září, říjen, listopad, prosinec, leden). II. </w:t>
      </w:r>
      <w:proofErr w:type="gramStart"/>
      <w:r>
        <w:t>pololetí</w:t>
      </w:r>
      <w:proofErr w:type="gramEnd"/>
      <w:r>
        <w:t xml:space="preserve"> je splatné do 31. </w:t>
      </w:r>
      <w:proofErr w:type="gramStart"/>
      <w:r>
        <w:t>ledna</w:t>
      </w:r>
      <w:proofErr w:type="gramEnd"/>
      <w:r>
        <w:t xml:space="preserve"> </w:t>
      </w:r>
      <w:r>
        <w:t>(za únor, březen, duben, květen, červen), pokud je žák odhlášen v průběhu měsíce, předloží vyplněný formulář (odhlášení ze školní družiny), poplatek za ŠD se nevrací.</w:t>
      </w:r>
    </w:p>
    <w:p w:rsidR="00DE51CD" w:rsidRDefault="00684BF7">
      <w:pPr>
        <w:keepNext/>
        <w:spacing w:before="360" w:after="120"/>
      </w:pPr>
      <w:r>
        <w:rPr>
          <w:b/>
          <w:color w:val="2B5797"/>
          <w:sz w:val="28"/>
        </w:rPr>
        <w:t>Práva pedagogických pracovníků:</w:t>
      </w:r>
    </w:p>
    <w:p w:rsidR="00DE51CD" w:rsidRDefault="00684BF7">
      <w:pPr>
        <w:pStyle w:val="Seznamsodrkami"/>
        <w:spacing w:after="60"/>
      </w:pPr>
      <w:r>
        <w:t>Na zajištění podmínek potřeb</w:t>
      </w:r>
      <w:r>
        <w:t>ných pro výkon jejich pedagogické činnosti, zejména na ochranu před fyzickým násilím nebo psychickým nátlakem ze strany žáků nebo zákonných zástupců žáků a dalších osob, které jsou v přímém kontaktu s pedagogickým pracovníkem ve škole,</w:t>
      </w:r>
    </w:p>
    <w:p w:rsidR="00DE51CD" w:rsidRDefault="00684BF7">
      <w:pPr>
        <w:pStyle w:val="Seznamsodrkami"/>
        <w:spacing w:after="60"/>
      </w:pPr>
      <w:r>
        <w:t>aby nebylo do jejich</w:t>
      </w:r>
      <w:r>
        <w:t xml:space="preserve"> přímé pedagogické činnosti zasahováno v rozporu s právními předpisy,</w:t>
      </w:r>
    </w:p>
    <w:p w:rsidR="00DE51CD" w:rsidRDefault="00684BF7">
      <w:pPr>
        <w:pStyle w:val="Seznamsodrkami"/>
        <w:spacing w:after="60"/>
      </w:pPr>
      <w:r>
        <w:t>na využívání metod, forem a prostředků dle vlastního uvážení v souladu se zásadami a cíli vzdělávání při přímé vyučovací, výchovné, speciálně-pedagogické a pedagogicko-psychologické činn</w:t>
      </w:r>
      <w:r>
        <w:t>osti,</w:t>
      </w:r>
    </w:p>
    <w:p w:rsidR="00DE51CD" w:rsidRDefault="00684BF7">
      <w:pPr>
        <w:pStyle w:val="Seznamsodrkami"/>
        <w:spacing w:after="60"/>
      </w:pPr>
      <w:r>
        <w:t>volit a být voleni do školské rady,</w:t>
      </w:r>
    </w:p>
    <w:p w:rsidR="00DE51CD" w:rsidRDefault="00684BF7">
      <w:pPr>
        <w:pStyle w:val="Seznamsodrkami"/>
        <w:spacing w:after="60"/>
      </w:pPr>
      <w:proofErr w:type="gramStart"/>
      <w:r>
        <w:t>na</w:t>
      </w:r>
      <w:proofErr w:type="gramEnd"/>
      <w:r>
        <w:t xml:space="preserve"> objektivní hodnocení své pedagogické činnosti.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t>Povinnosti pedagogických pracovníků:</w:t>
      </w:r>
    </w:p>
    <w:p w:rsidR="00DE51CD" w:rsidRDefault="00684BF7">
      <w:pPr>
        <w:pStyle w:val="Seznamsodrkami"/>
        <w:spacing w:after="60"/>
      </w:pPr>
      <w:r>
        <w:t>Kromě povinností stanovených školským zákonem je každý pedagogický pracovník povinen řídit se směrnicí školy pro ochranu osobní</w:t>
      </w:r>
      <w:r>
        <w:t>ch údajů (3/2018) ve smyslu evropského nařízení ke GDPR zachovávat mlčenlivost a chránit před zneužitím data, údaje a osobní údaje žáků a zaměstnanců školy, citlivé osobní údaje, informace o zdravotním stavu žáků a výsledky poradenské pomoci školského pora</w:t>
      </w:r>
      <w:r>
        <w:t>denského zařízení a školního poradenského pracoviště, s nimiž přišel do styku, shromažďovat pouze nezbytné údaje a osobní údaje, bezpečně je ukládat a chránit před neoprávněným přístupem, neposkytovat je subjektům, které na ně nemají zákonný nárok, nepotře</w:t>
      </w:r>
      <w:r>
        <w:t>bné údaje vyřazovat a dál nezpracovávat.</w:t>
      </w:r>
    </w:p>
    <w:p w:rsidR="00B737A9" w:rsidRDefault="00B737A9">
      <w:pPr>
        <w:keepNext/>
        <w:spacing w:before="360" w:after="120"/>
        <w:rPr>
          <w:b/>
          <w:color w:val="2B5797"/>
          <w:sz w:val="28"/>
        </w:rPr>
      </w:pPr>
    </w:p>
    <w:p w:rsidR="00DE51CD" w:rsidRDefault="00684BF7">
      <w:pPr>
        <w:keepNext/>
        <w:spacing w:before="360" w:after="120"/>
      </w:pPr>
      <w:r>
        <w:rPr>
          <w:b/>
          <w:color w:val="2B5797"/>
          <w:sz w:val="28"/>
        </w:rPr>
        <w:t>PROVOZ A REŽIM ŠD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t>Vymezení doby činnosti školní družiny</w:t>
      </w:r>
    </w:p>
    <w:p w:rsidR="00DE51CD" w:rsidRDefault="00684BF7">
      <w:pPr>
        <w:pStyle w:val="Seznamsodrkami"/>
        <w:spacing w:after="60"/>
      </w:pPr>
      <w:r>
        <w:t>Bezprostředně před nebo po skončení vyučování a před odchodem žáků ze školy,</w:t>
      </w:r>
    </w:p>
    <w:p w:rsidR="00DE51CD" w:rsidRDefault="00684BF7">
      <w:pPr>
        <w:pStyle w:val="Seznamsodrkami"/>
        <w:spacing w:after="60"/>
      </w:pPr>
      <w:r>
        <w:t xml:space="preserve">v době prázdnin a ředitelského volna na základě provedeného průzkumu – </w:t>
      </w:r>
      <w:r>
        <w:t>dotazníkové šetření ze strany zákonných zástupců,</w:t>
      </w:r>
    </w:p>
    <w:p w:rsidR="00DE51CD" w:rsidRDefault="00684BF7">
      <w:pPr>
        <w:pStyle w:val="Seznamsodrkami"/>
        <w:spacing w:after="60"/>
      </w:pPr>
      <w:r>
        <w:t>při organizování akcí ve volných dnech,</w:t>
      </w:r>
    </w:p>
    <w:p w:rsidR="00DE51CD" w:rsidRDefault="00684BF7">
      <w:pPr>
        <w:pStyle w:val="Seznamsodrkami"/>
        <w:spacing w:after="60"/>
      </w:pPr>
      <w:proofErr w:type="gramStart"/>
      <w:r>
        <w:t>v</w:t>
      </w:r>
      <w:proofErr w:type="gramEnd"/>
      <w:r>
        <w:t xml:space="preserve"> době, kdy neprobíhá školní vyučování.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t>Organizace provozu v době školního vyučování</w:t>
      </w:r>
    </w:p>
    <w:tbl>
      <w:tblPr>
        <w:tblW w:w="0" w:type="auto"/>
        <w:jc w:val="center"/>
        <w:tblLook w:val="04A0"/>
      </w:tblPr>
      <w:tblGrid>
        <w:gridCol w:w="5040"/>
        <w:gridCol w:w="4320"/>
      </w:tblGrid>
      <w:tr w:rsidR="00DE51CD">
        <w:trPr>
          <w:jc w:val="center"/>
        </w:trPr>
        <w:tc>
          <w:tcPr>
            <w:tcW w:w="50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2"/>
              </w:rPr>
              <w:t>ranní družina</w:t>
            </w:r>
          </w:p>
        </w:tc>
        <w:tc>
          <w:tcPr>
            <w:tcW w:w="43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2"/>
              </w:rPr>
              <w:t>06.00 – 08.00</w:t>
            </w:r>
          </w:p>
        </w:tc>
      </w:tr>
      <w:tr w:rsidR="00DE51CD">
        <w:trPr>
          <w:jc w:val="center"/>
        </w:trPr>
        <w:tc>
          <w:tcPr>
            <w:tcW w:w="50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2"/>
              </w:rPr>
              <w:t>odpolední družina</w:t>
            </w:r>
          </w:p>
        </w:tc>
        <w:tc>
          <w:tcPr>
            <w:tcW w:w="43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2"/>
              </w:rPr>
              <w:t>11.45 – 16.30</w:t>
            </w:r>
          </w:p>
        </w:tc>
      </w:tr>
      <w:tr w:rsidR="00DE51CD">
        <w:trPr>
          <w:jc w:val="center"/>
        </w:trPr>
        <w:tc>
          <w:tcPr>
            <w:tcW w:w="50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2"/>
              </w:rPr>
              <w:t xml:space="preserve">ve volných dnech / </w:t>
            </w:r>
            <w:r>
              <w:rPr>
                <w:sz w:val="22"/>
              </w:rPr>
              <w:t>ředitelské volno, prázdniny/</w:t>
            </w:r>
          </w:p>
        </w:tc>
        <w:tc>
          <w:tcPr>
            <w:tcW w:w="43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2"/>
              </w:rPr>
              <w:t>06.30 – 16.00</w:t>
            </w:r>
          </w:p>
        </w:tc>
      </w:tr>
      <w:tr w:rsidR="00DE51CD">
        <w:trPr>
          <w:jc w:val="center"/>
        </w:trPr>
        <w:tc>
          <w:tcPr>
            <w:tcW w:w="50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2"/>
              </w:rPr>
              <w:t>začátek a konec školního roku</w:t>
            </w:r>
          </w:p>
        </w:tc>
        <w:tc>
          <w:tcPr>
            <w:tcW w:w="43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2"/>
              </w:rPr>
              <w:t>06.30 – 16.00</w:t>
            </w:r>
          </w:p>
        </w:tc>
      </w:tr>
    </w:tbl>
    <w:p w:rsidR="00DE51CD" w:rsidRDefault="00684BF7">
      <w:pPr>
        <w:keepNext/>
        <w:spacing w:before="240" w:after="80"/>
      </w:pPr>
      <w:r>
        <w:rPr>
          <w:b/>
          <w:color w:val="333333"/>
        </w:rPr>
        <w:t>Režim dne (orientační časy)</w:t>
      </w:r>
    </w:p>
    <w:tbl>
      <w:tblPr>
        <w:tblW w:w="0" w:type="auto"/>
        <w:jc w:val="center"/>
        <w:tblLook w:val="04A0"/>
      </w:tblPr>
      <w:tblGrid>
        <w:gridCol w:w="5040"/>
        <w:gridCol w:w="4320"/>
      </w:tblGrid>
      <w:tr w:rsidR="00DE51CD">
        <w:trPr>
          <w:jc w:val="center"/>
        </w:trPr>
        <w:tc>
          <w:tcPr>
            <w:tcW w:w="50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2"/>
              </w:rPr>
              <w:t>oběd, hygiena</w:t>
            </w:r>
          </w:p>
        </w:tc>
        <w:tc>
          <w:tcPr>
            <w:tcW w:w="43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2"/>
              </w:rPr>
              <w:t>11.45 – 12.35           12.40 - 13.30</w:t>
            </w:r>
          </w:p>
        </w:tc>
      </w:tr>
      <w:tr w:rsidR="00DE51CD">
        <w:trPr>
          <w:jc w:val="center"/>
        </w:trPr>
        <w:tc>
          <w:tcPr>
            <w:tcW w:w="50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2"/>
              </w:rPr>
              <w:t>odpočinkové činnosti, zájmová činnost</w:t>
            </w:r>
          </w:p>
        </w:tc>
        <w:tc>
          <w:tcPr>
            <w:tcW w:w="43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2"/>
              </w:rPr>
              <w:t>12.45 – 14.05           13.30 - 14.30</w:t>
            </w:r>
          </w:p>
        </w:tc>
      </w:tr>
      <w:tr w:rsidR="00DE51CD">
        <w:trPr>
          <w:jc w:val="center"/>
        </w:trPr>
        <w:tc>
          <w:tcPr>
            <w:tcW w:w="50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2"/>
              </w:rPr>
              <w:t>vycházka,</w:t>
            </w:r>
            <w:r>
              <w:rPr>
                <w:sz w:val="22"/>
              </w:rPr>
              <w:t xml:space="preserve"> pobyt venku</w:t>
            </w:r>
          </w:p>
        </w:tc>
        <w:tc>
          <w:tcPr>
            <w:tcW w:w="43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2"/>
              </w:rPr>
              <w:t>14.05 – 15.00           14.35 - 15.10</w:t>
            </w:r>
          </w:p>
        </w:tc>
      </w:tr>
      <w:tr w:rsidR="00DE51CD">
        <w:trPr>
          <w:jc w:val="center"/>
        </w:trPr>
        <w:tc>
          <w:tcPr>
            <w:tcW w:w="50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2"/>
              </w:rPr>
              <w:t>svačina, relaxace, spontánní činnost, kroužky v rámci ŠD</w:t>
            </w:r>
          </w:p>
        </w:tc>
        <w:tc>
          <w:tcPr>
            <w:tcW w:w="43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2"/>
              </w:rPr>
              <w:t>15.05 – 16.30           15.15 - 16.30</w:t>
            </w:r>
          </w:p>
        </w:tc>
      </w:tr>
    </w:tbl>
    <w:p w:rsidR="00DE51CD" w:rsidRDefault="00684BF7">
      <w:pPr>
        <w:spacing w:before="120"/>
      </w:pPr>
      <w:r>
        <w:rPr>
          <w:b/>
        </w:rPr>
        <w:t xml:space="preserve">Pitný režim: </w:t>
      </w:r>
      <w:r>
        <w:t>Podle potřeby žáků zajišťují vychovatelky daného oddělení.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t>Užívání místností - školní družina</w:t>
      </w:r>
    </w:p>
    <w:tbl>
      <w:tblPr>
        <w:tblW w:w="0" w:type="auto"/>
        <w:jc w:val="center"/>
        <w:tblLook w:val="04A0"/>
      </w:tblPr>
      <w:tblGrid>
        <w:gridCol w:w="3139"/>
        <w:gridCol w:w="2856"/>
        <w:gridCol w:w="3565"/>
      </w:tblGrid>
      <w:tr w:rsidR="00DE51CD">
        <w:trPr>
          <w:jc w:val="center"/>
        </w:trPr>
        <w:tc>
          <w:tcPr>
            <w:tcW w:w="316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1</w:t>
            </w:r>
            <w:r>
              <w:rPr>
                <w:sz w:val="20"/>
              </w:rPr>
              <w:t>. oddělení – Sluníčka</w:t>
            </w:r>
          </w:p>
        </w:tc>
        <w:tc>
          <w:tcPr>
            <w:tcW w:w="288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Anežka Kuzmenko</w:t>
            </w:r>
          </w:p>
        </w:tc>
        <w:tc>
          <w:tcPr>
            <w:tcW w:w="360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1. patro, pavilon nad jídelnou, č. dveří 96</w:t>
            </w:r>
          </w:p>
        </w:tc>
      </w:tr>
      <w:tr w:rsidR="00DE51CD">
        <w:trPr>
          <w:jc w:val="center"/>
        </w:trPr>
        <w:tc>
          <w:tcPr>
            <w:tcW w:w="316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2. oddělení – Bublinky</w:t>
            </w:r>
          </w:p>
        </w:tc>
        <w:tc>
          <w:tcPr>
            <w:tcW w:w="288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Bc. Miroslava Jonášová</w:t>
            </w:r>
          </w:p>
        </w:tc>
        <w:tc>
          <w:tcPr>
            <w:tcW w:w="360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1.patro, pavilon nad jídelnou, č. dveří 94</w:t>
            </w:r>
          </w:p>
        </w:tc>
      </w:tr>
      <w:tr w:rsidR="00DE51CD">
        <w:trPr>
          <w:jc w:val="center"/>
        </w:trPr>
        <w:tc>
          <w:tcPr>
            <w:tcW w:w="316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3. oddělení – Lišáci</w:t>
            </w:r>
          </w:p>
        </w:tc>
        <w:tc>
          <w:tcPr>
            <w:tcW w:w="288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Klára Ponížilová, Dis.</w:t>
            </w:r>
          </w:p>
        </w:tc>
        <w:tc>
          <w:tcPr>
            <w:tcW w:w="360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1.patro, pavilon nad jídelnou, č. dveří</w:t>
            </w:r>
            <w:r>
              <w:rPr>
                <w:sz w:val="20"/>
              </w:rPr>
              <w:t xml:space="preserve"> 92</w:t>
            </w:r>
          </w:p>
        </w:tc>
      </w:tr>
      <w:tr w:rsidR="00DE51CD">
        <w:trPr>
          <w:jc w:val="center"/>
        </w:trPr>
        <w:tc>
          <w:tcPr>
            <w:tcW w:w="316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lastRenderedPageBreak/>
              <w:t>4. oddělení – Šikulové</w:t>
            </w:r>
          </w:p>
        </w:tc>
        <w:tc>
          <w:tcPr>
            <w:tcW w:w="288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Sandra Másilková</w:t>
            </w:r>
          </w:p>
        </w:tc>
        <w:tc>
          <w:tcPr>
            <w:tcW w:w="360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1.patro, pavilon nad jídelnou, č. dveří 91</w:t>
            </w:r>
          </w:p>
        </w:tc>
      </w:tr>
      <w:tr w:rsidR="00DE51CD">
        <w:trPr>
          <w:jc w:val="center"/>
        </w:trPr>
        <w:tc>
          <w:tcPr>
            <w:tcW w:w="316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5. oddělení – Želvičky</w:t>
            </w:r>
          </w:p>
        </w:tc>
        <w:tc>
          <w:tcPr>
            <w:tcW w:w="288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Lucie Hübschová</w:t>
            </w:r>
          </w:p>
        </w:tc>
        <w:tc>
          <w:tcPr>
            <w:tcW w:w="360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1.patro, pavilon nad jídelnou, č. dveří 90</w:t>
            </w:r>
          </w:p>
        </w:tc>
      </w:tr>
      <w:tr w:rsidR="00DE51CD">
        <w:trPr>
          <w:jc w:val="center"/>
        </w:trPr>
        <w:tc>
          <w:tcPr>
            <w:tcW w:w="316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6. oddělení - Sovičky</w:t>
            </w:r>
          </w:p>
        </w:tc>
        <w:tc>
          <w:tcPr>
            <w:tcW w:w="288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Jitka Vránová</w:t>
            </w:r>
          </w:p>
        </w:tc>
        <w:tc>
          <w:tcPr>
            <w:tcW w:w="360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Budova MŠ, třída ŠD</w:t>
            </w:r>
          </w:p>
        </w:tc>
      </w:tr>
      <w:tr w:rsidR="00DE51CD">
        <w:trPr>
          <w:jc w:val="center"/>
        </w:trPr>
        <w:tc>
          <w:tcPr>
            <w:tcW w:w="316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7. oddělení - Nepleši</w:t>
            </w:r>
          </w:p>
        </w:tc>
        <w:tc>
          <w:tcPr>
            <w:tcW w:w="288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 xml:space="preserve">Kateřina </w:t>
            </w:r>
            <w:r>
              <w:rPr>
                <w:sz w:val="20"/>
              </w:rPr>
              <w:t>Mauserová</w:t>
            </w:r>
          </w:p>
        </w:tc>
        <w:tc>
          <w:tcPr>
            <w:tcW w:w="360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Pavilon ŠJ/ŠD - přízemí</w:t>
            </w:r>
          </w:p>
        </w:tc>
      </w:tr>
      <w:tr w:rsidR="00DE51CD">
        <w:trPr>
          <w:jc w:val="center"/>
        </w:trPr>
        <w:tc>
          <w:tcPr>
            <w:tcW w:w="316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8. oddělení – Parťáci</w:t>
            </w:r>
          </w:p>
        </w:tc>
        <w:tc>
          <w:tcPr>
            <w:tcW w:w="288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Petra Mendlik</w:t>
            </w:r>
          </w:p>
        </w:tc>
        <w:tc>
          <w:tcPr>
            <w:tcW w:w="360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E51CD" w:rsidRDefault="00684BF7">
            <w:r>
              <w:rPr>
                <w:sz w:val="20"/>
              </w:rPr>
              <w:t>Budova MŠ – přípravná třída / třída ŠD</w:t>
            </w:r>
          </w:p>
        </w:tc>
      </w:tr>
    </w:tbl>
    <w:p w:rsidR="00DE51CD" w:rsidRDefault="00684BF7">
      <w:pPr>
        <w:spacing w:before="120"/>
      </w:pPr>
      <w:proofErr w:type="gramStart"/>
      <w:r>
        <w:rPr>
          <w:b/>
        </w:rPr>
        <w:t>Kapacita školní družiny je 193 žáků.</w:t>
      </w:r>
      <w:proofErr w:type="gramEnd"/>
      <w:r>
        <w:rPr>
          <w:b/>
        </w:rPr>
        <w:br/>
      </w:r>
      <w:proofErr w:type="gramStart"/>
      <w:r>
        <w:t>Žáci budou využívat i další prostory školy (odborné učebny, tělocvičny, učebny VPT, cvičnou kuchyň atd.).</w:t>
      </w:r>
      <w:proofErr w:type="gramEnd"/>
      <w:r>
        <w:t xml:space="preserve"> </w:t>
      </w:r>
      <w:proofErr w:type="gramStart"/>
      <w:r>
        <w:t>Po</w:t>
      </w:r>
      <w:r>
        <w:t>dmínkou je řádné a prokazatelné seznámení žáků s riziky činností, s bezpečnostními předpisy a provozními řády.</w:t>
      </w:r>
      <w:proofErr w:type="gramEnd"/>
      <w:r>
        <w:t xml:space="preserve"> </w:t>
      </w:r>
      <w:proofErr w:type="gramStart"/>
      <w:r>
        <w:t>Zároveň platí veškerá ustanovení školního řádu pro zajištění bezpečnosti provozu ve školní družině.</w:t>
      </w:r>
      <w:proofErr w:type="gramEnd"/>
    </w:p>
    <w:p w:rsidR="00DE51CD" w:rsidRDefault="00684BF7">
      <w:pPr>
        <w:keepNext/>
        <w:spacing w:before="360" w:after="120"/>
      </w:pPr>
      <w:r>
        <w:rPr>
          <w:b/>
          <w:color w:val="2B5797"/>
          <w:sz w:val="28"/>
        </w:rPr>
        <w:t>PRAVIDLA VZÁJEMNÝCH VZTAHŮ MEZI ŽÁKY, ZÁKONNÝ</w:t>
      </w:r>
      <w:r>
        <w:rPr>
          <w:b/>
          <w:color w:val="2B5797"/>
          <w:sz w:val="28"/>
        </w:rPr>
        <w:t>MI ZÁSTUPCI ŽÁKŮ A PRACOVNÍKY ŠKOLSKÉHO ZAŘÍZENÍ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t>Způsob přihlašování žáka k docházce do školní družiny, odhlášení či vyloučení žáka ze školní družiny</w:t>
      </w:r>
    </w:p>
    <w:p w:rsidR="00DE51CD" w:rsidRDefault="00684BF7">
      <w:pPr>
        <w:pStyle w:val="Seznamsodrkami"/>
        <w:spacing w:after="60"/>
      </w:pPr>
      <w:r>
        <w:t>O zařazení žáka do ŠD rozhoduje ředitel školy podle stanovených pravidel.</w:t>
      </w:r>
    </w:p>
    <w:p w:rsidR="00DE51CD" w:rsidRDefault="00684BF7">
      <w:pPr>
        <w:pStyle w:val="Seznamsodrkami"/>
        <w:spacing w:after="60"/>
      </w:pPr>
      <w:r>
        <w:t>Žáka k docházce do školní družin</w:t>
      </w:r>
      <w:r>
        <w:t>y přihlašuje jeho zákonný zástupce.</w:t>
      </w:r>
    </w:p>
    <w:p w:rsidR="00DE51CD" w:rsidRDefault="00684BF7">
      <w:pPr>
        <w:pStyle w:val="Seznamsodrkami"/>
        <w:spacing w:after="60"/>
      </w:pPr>
      <w:r>
        <w:t xml:space="preserve">Přihláška se podává odevzdáním zápisního lístku (rozsah docházky, způsob a </w:t>
      </w:r>
      <w:proofErr w:type="gramStart"/>
      <w:r>
        <w:t>čas</w:t>
      </w:r>
      <w:proofErr w:type="gramEnd"/>
      <w:r>
        <w:t xml:space="preserve"> odchodu, zdravotní problémy, telefon. kontakt) příslušnému vychovateli, který ji zakládá do pedagogické dokumentace.</w:t>
      </w:r>
    </w:p>
    <w:p w:rsidR="00DE51CD" w:rsidRDefault="00684BF7">
      <w:pPr>
        <w:pStyle w:val="Seznamsodrkami"/>
        <w:spacing w:after="60"/>
      </w:pPr>
      <w:r>
        <w:t>Zákonní zástupci mohou ž</w:t>
      </w:r>
      <w:r>
        <w:t>áka odhlásit z docházky do školní družiny písemným oznámením příslušnému vychovateli, který jej založí k zápisnímu lístku.</w:t>
      </w:r>
    </w:p>
    <w:p w:rsidR="00DE51CD" w:rsidRDefault="00684BF7">
      <w:pPr>
        <w:pStyle w:val="Seznamsodrkami"/>
        <w:spacing w:after="60"/>
      </w:pPr>
      <w:r>
        <w:t xml:space="preserve">Z docházky do školní družiny může být ředitelem </w:t>
      </w:r>
      <w:proofErr w:type="gramStart"/>
      <w:r>
        <w:t>na</w:t>
      </w:r>
      <w:proofErr w:type="gramEnd"/>
      <w:r>
        <w:t xml:space="preserve"> návrh vychovatele vyloučen žák, který opakovaně zásadním způsobem narušuje činnost</w:t>
      </w:r>
      <w:r>
        <w:t xml:space="preserve"> zařízení, ohrožuje bezpečnost svoji a svých spolužáků, nerespektuje ustanovení vnitřního řádu školní družiny (tomuto kroku musí předcházet projednání situace s rodiči žáka, rozhodnutí musí být vydáno písemnou formou).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t>Stanovení výše úplaty za zájmové vzdě</w:t>
      </w:r>
      <w:r>
        <w:rPr>
          <w:b/>
          <w:color w:val="333333"/>
        </w:rPr>
        <w:t>lávání</w:t>
      </w:r>
    </w:p>
    <w:p w:rsidR="00DE51CD" w:rsidRDefault="00684BF7">
      <w:proofErr w:type="gramStart"/>
      <w:r>
        <w:t>Od</w:t>
      </w:r>
      <w:proofErr w:type="gramEnd"/>
      <w:r>
        <w:t xml:space="preserve"> 1. 1. 2024 stanoví výši úplaty zřizovatel usnesením rady obce. Výše měsíční úplaty je stanovena na 350 Kč na žáka / 1750</w:t>
      </w:r>
      <w:proofErr w:type="gramStart"/>
      <w:r>
        <w:t>,-</w:t>
      </w:r>
      <w:proofErr w:type="gramEnd"/>
      <w:r>
        <w:t xml:space="preserve"> Kč za pololetí, je splatná předem ve dvou splátkách:</w:t>
      </w:r>
      <w:r>
        <w:br/>
        <w:t xml:space="preserve">1. pololetí do 30. </w:t>
      </w:r>
      <w:proofErr w:type="gramStart"/>
      <w:r>
        <w:t>září</w:t>
      </w:r>
      <w:proofErr w:type="gramEnd"/>
      <w:r>
        <w:t xml:space="preserve"> /za září až leden/.</w:t>
      </w:r>
      <w:r>
        <w:br/>
        <w:t xml:space="preserve">2. </w:t>
      </w:r>
      <w:proofErr w:type="gramStart"/>
      <w:r>
        <w:t>pololetí</w:t>
      </w:r>
      <w:proofErr w:type="gramEnd"/>
      <w:r>
        <w:t xml:space="preserve"> do 31. </w:t>
      </w:r>
      <w:proofErr w:type="gramStart"/>
      <w:r>
        <w:t>l</w:t>
      </w:r>
      <w:r>
        <w:t>edna</w:t>
      </w:r>
      <w:proofErr w:type="gramEnd"/>
      <w:r>
        <w:t xml:space="preserve"> </w:t>
      </w:r>
      <w:r>
        <w:t>/za únor až červen/.</w:t>
      </w:r>
      <w:r>
        <w:br/>
        <w:t xml:space="preserve">Pokud za žáka není úplata uhrazena, ředitel školy může rozhodnout o případném vyloučení žáka </w:t>
      </w:r>
      <w:r>
        <w:lastRenderedPageBreak/>
        <w:t>ze zájmového vzdělávání.</w:t>
      </w:r>
      <w:r>
        <w:br/>
        <w:t xml:space="preserve">Výši úplaty může ředitel snížit nebo </w:t>
      </w:r>
      <w:proofErr w:type="gramStart"/>
      <w:r>
        <w:t>od</w:t>
      </w:r>
      <w:proofErr w:type="gramEnd"/>
      <w:r>
        <w:t xml:space="preserve"> úplaty osvobodit, jestliže:</w:t>
      </w:r>
    </w:p>
    <w:p w:rsidR="00DE51CD" w:rsidRDefault="00684BF7">
      <w:pPr>
        <w:pStyle w:val="Seznamsodrkami"/>
        <w:spacing w:after="60"/>
        <w:ind w:left="720"/>
      </w:pPr>
      <w:r>
        <w:t>účastník nebo jeho zákonný zástupce je p</w:t>
      </w:r>
      <w:r>
        <w:t>říjemcem opakujících se dávek pomoci v hmotné nouzi podle zákona o pomoci v hmotné nouzi,</w:t>
      </w:r>
    </w:p>
    <w:p w:rsidR="00DE51CD" w:rsidRDefault="00684BF7">
      <w:pPr>
        <w:pStyle w:val="Seznamsodrkami"/>
        <w:spacing w:after="60"/>
        <w:ind w:left="720"/>
      </w:pPr>
      <w:r>
        <w:t>účastníkovi nebo jeho zákonnému zástupci náleží zvýšení příspěvku na péči podle zákona o sociálních službách, nebo</w:t>
      </w:r>
    </w:p>
    <w:p w:rsidR="00DE51CD" w:rsidRDefault="00684BF7">
      <w:pPr>
        <w:pStyle w:val="Seznamsodrkami"/>
        <w:spacing w:after="60"/>
        <w:ind w:left="720"/>
      </w:pPr>
      <w:r>
        <w:t>účastník svěřený do pěstounské péče ma nárok na pří</w:t>
      </w:r>
      <w:r>
        <w:t>spěvek na úhradu potřeb dítěte podle zákona o státní sociální podpoře,</w:t>
      </w:r>
    </w:p>
    <w:p w:rsidR="00DE51CD" w:rsidRDefault="00684BF7">
      <w:pPr>
        <w:pStyle w:val="Seznamsodrkami"/>
        <w:spacing w:after="60"/>
        <w:ind w:left="720"/>
      </w:pPr>
      <w:r>
        <w:t>ředitel může účastníkovi školní družiny snížit výši úplaty nebo ho od úplaty osvobodit, jestliže má nárok na přídavek na dítě podle zákona o státní sociální podpoře, a tuto skutečnost p</w:t>
      </w:r>
      <w:r>
        <w:t>rokáže řediteli,</w:t>
      </w:r>
    </w:p>
    <w:p w:rsidR="00DE51CD" w:rsidRDefault="00684BF7">
      <w:pPr>
        <w:pStyle w:val="Seznamsodrkami"/>
        <w:spacing w:after="60"/>
        <w:ind w:left="720"/>
      </w:pPr>
      <w:proofErr w:type="gramStart"/>
      <w:r>
        <w:t>dále</w:t>
      </w:r>
      <w:proofErr w:type="gramEnd"/>
      <w:r>
        <w:t xml:space="preserve"> může být úplata snížena účastníkům, kteří se účastní více než dvou činností daného školského zařízení a účastníkům, kteří jsou zapsáni k pravidelné činnosti, v případě účasti v dalších činnostech daného školského zařízení.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t xml:space="preserve">Úplata při </w:t>
      </w:r>
      <w:r>
        <w:rPr>
          <w:b/>
          <w:color w:val="333333"/>
        </w:rPr>
        <w:t>omezeném provozu školní družiny</w:t>
      </w:r>
    </w:p>
    <w:p w:rsidR="00DE51CD" w:rsidRDefault="00684BF7">
      <w:proofErr w:type="gramStart"/>
      <w:r>
        <w:t>Pokud je v kalendářním měsíci omezen nebo přerušen provoz školní družiny po dobu delší než 5 dnů, úplata se účastníkovi poměrně sníží.</w:t>
      </w:r>
      <w:proofErr w:type="gramEnd"/>
      <w:r>
        <w:t xml:space="preserve"> O snížené měsíční výši úplaty informuje zákonné zástupce ekonomka školy.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t>Podmínky docházk</w:t>
      </w:r>
      <w:r>
        <w:rPr>
          <w:b/>
          <w:color w:val="333333"/>
        </w:rPr>
        <w:t xml:space="preserve">y do školní družiny, podmínky a doba odchodu a vyzvedávání žáků, převzetí žáků docházejících do ŠD </w:t>
      </w:r>
      <w:proofErr w:type="gramStart"/>
      <w:r>
        <w:rPr>
          <w:b/>
          <w:color w:val="333333"/>
        </w:rPr>
        <w:t>od</w:t>
      </w:r>
      <w:proofErr w:type="gramEnd"/>
      <w:r>
        <w:rPr>
          <w:b/>
          <w:color w:val="333333"/>
        </w:rPr>
        <w:t xml:space="preserve"> vyučujících</w:t>
      </w:r>
    </w:p>
    <w:p w:rsidR="00DE51CD" w:rsidRDefault="00684BF7">
      <w:pPr>
        <w:pStyle w:val="Seznamsodrkami"/>
        <w:spacing w:after="60"/>
      </w:pPr>
      <w:r>
        <w:t xml:space="preserve">Zařízení školní družiny je určeno pro žáky přípravné třídy a žáky 1. – 5. </w:t>
      </w:r>
      <w:proofErr w:type="gramStart"/>
      <w:r>
        <w:t>tříd</w:t>
      </w:r>
      <w:proofErr w:type="gramEnd"/>
      <w:r>
        <w:t xml:space="preserve"> Základní školy Slovanka, Česká Lípa. Pokud kapacita ŠD je napln</w:t>
      </w:r>
      <w:r>
        <w:t xml:space="preserve">ěna, žáci jsou automaticky přijímáni do ŠK, může se jednat o žáky 4. – 5. </w:t>
      </w:r>
      <w:proofErr w:type="gramStart"/>
      <w:r>
        <w:t>tříd</w:t>
      </w:r>
      <w:proofErr w:type="gramEnd"/>
      <w:r>
        <w:t>, kteří nenavštěvují školní družinu.</w:t>
      </w:r>
    </w:p>
    <w:p w:rsidR="00DE51CD" w:rsidRDefault="00684BF7">
      <w:pPr>
        <w:pStyle w:val="Seznamsodrkami"/>
        <w:spacing w:after="60"/>
      </w:pPr>
      <w:r>
        <w:t>Do ranní družiny přicházejí všichni žáci určeným vchodem ŠD. Šatny kmenových tříd slouží také v odpoledních hodinách žákům ŠD, ostatní žáci m</w:t>
      </w:r>
      <w:r>
        <w:t>ají přidělenou svoji družinovou skříňku.</w:t>
      </w:r>
    </w:p>
    <w:p w:rsidR="00DE51CD" w:rsidRDefault="00684BF7">
      <w:pPr>
        <w:pStyle w:val="Seznamsodrkami"/>
        <w:spacing w:after="60"/>
      </w:pPr>
      <w:r>
        <w:t xml:space="preserve">Vchod je zabezpečen tzv. </w:t>
      </w:r>
      <w:proofErr w:type="gramStart"/>
      <w:r>
        <w:t>videotelefonem</w:t>
      </w:r>
      <w:proofErr w:type="gramEnd"/>
      <w:r>
        <w:t xml:space="preserve">. Při vyzvedávání žáků z ŠD zákonní zástupci zvoní </w:t>
      </w:r>
      <w:proofErr w:type="gramStart"/>
      <w:r>
        <w:t>na</w:t>
      </w:r>
      <w:proofErr w:type="gramEnd"/>
      <w:r>
        <w:t xml:space="preserve"> příslušnou vychovatelku (dle rozpisu), která následně pošle žáka do šatny.</w:t>
      </w:r>
    </w:p>
    <w:p w:rsidR="00DE51CD" w:rsidRDefault="00684BF7">
      <w:pPr>
        <w:pStyle w:val="Seznamsodrkami"/>
        <w:spacing w:after="60"/>
      </w:pPr>
      <w:r>
        <w:t>Provoz ranní a odpolední družiny probíhá střída</w:t>
      </w:r>
      <w:r>
        <w:t xml:space="preserve">vě v </w:t>
      </w:r>
      <w:proofErr w:type="gramStart"/>
      <w:r>
        <w:t>1.,</w:t>
      </w:r>
      <w:proofErr w:type="gramEnd"/>
      <w:r>
        <w:t xml:space="preserve"> 2., 3., 4., 5. </w:t>
      </w:r>
      <w:proofErr w:type="gramStart"/>
      <w:r>
        <w:t>oddělení</w:t>
      </w:r>
      <w:proofErr w:type="gramEnd"/>
      <w:r>
        <w:t xml:space="preserve"> (rozpis pracovní doby vychovatelů).</w:t>
      </w:r>
    </w:p>
    <w:p w:rsidR="00DE51CD" w:rsidRDefault="00684BF7">
      <w:pPr>
        <w:pStyle w:val="Seznamsodrkami"/>
        <w:spacing w:after="60"/>
      </w:pPr>
      <w:r>
        <w:t>Služby vychovatelů se řídí rozpisem pracovní doby (za zpracování zodpovídá vedoucí vychovatelka).</w:t>
      </w:r>
    </w:p>
    <w:p w:rsidR="00DE51CD" w:rsidRDefault="00684BF7">
      <w:pPr>
        <w:pStyle w:val="Seznamsodrkami"/>
        <w:spacing w:after="60"/>
      </w:pPr>
      <w:r>
        <w:t xml:space="preserve">Vychovatelé jsou přítomni </w:t>
      </w:r>
      <w:proofErr w:type="gramStart"/>
      <w:r>
        <w:t>na</w:t>
      </w:r>
      <w:proofErr w:type="gramEnd"/>
      <w:r>
        <w:t xml:space="preserve"> pracovišti nejméně 15 minut před zahájením pracovní činnosti</w:t>
      </w:r>
      <w:r>
        <w:t>.</w:t>
      </w:r>
    </w:p>
    <w:p w:rsidR="00DE51CD" w:rsidRDefault="00684BF7">
      <w:pPr>
        <w:pStyle w:val="Seznamsodrkami"/>
        <w:spacing w:after="60"/>
      </w:pPr>
      <w:r>
        <w:t xml:space="preserve">Odpolední družina navazuje bezprostředně </w:t>
      </w:r>
      <w:proofErr w:type="gramStart"/>
      <w:r>
        <w:t>na</w:t>
      </w:r>
      <w:proofErr w:type="gramEnd"/>
      <w:r>
        <w:t xml:space="preserve"> dopolední vyučování takto: Vychovatelé si přebírají své žáky u kmenové třídy (P.0, 1. – 2. </w:t>
      </w:r>
      <w:proofErr w:type="gramStart"/>
      <w:r>
        <w:t>třída</w:t>
      </w:r>
      <w:proofErr w:type="gramEnd"/>
      <w:r>
        <w:t xml:space="preserve">) v 11.40 hod. </w:t>
      </w:r>
      <w:proofErr w:type="gramStart"/>
      <w:r>
        <w:t>nebo</w:t>
      </w:r>
      <w:proofErr w:type="gramEnd"/>
      <w:r>
        <w:t xml:space="preserve"> 12.</w:t>
      </w:r>
      <w:r w:rsidR="004B5425">
        <w:t>40</w:t>
      </w:r>
      <w:r>
        <w:t xml:space="preserve"> hod., žáci 3. </w:t>
      </w:r>
      <w:proofErr w:type="gramStart"/>
      <w:r>
        <w:t>tříd</w:t>
      </w:r>
      <w:proofErr w:type="gramEnd"/>
      <w:r>
        <w:t xml:space="preserve"> přicházejí do ŠD v doprovodu paní asistentky. Žáci 4. </w:t>
      </w:r>
      <w:proofErr w:type="gramStart"/>
      <w:r>
        <w:t>a</w:t>
      </w:r>
      <w:proofErr w:type="gramEnd"/>
      <w:r>
        <w:t xml:space="preserve"> 5. </w:t>
      </w:r>
      <w:proofErr w:type="gramStart"/>
      <w:r>
        <w:t>tř</w:t>
      </w:r>
      <w:proofErr w:type="gramEnd"/>
      <w:r>
        <w:t xml:space="preserve">. </w:t>
      </w:r>
      <w:proofErr w:type="gramStart"/>
      <w:r>
        <w:t>přicházejí</w:t>
      </w:r>
      <w:proofErr w:type="gramEnd"/>
      <w:r>
        <w:t xml:space="preserve"> do svého oddělení samostatně.</w:t>
      </w:r>
    </w:p>
    <w:p w:rsidR="00DE51CD" w:rsidRDefault="00684BF7">
      <w:pPr>
        <w:pStyle w:val="Seznamsodrkami"/>
        <w:spacing w:after="60"/>
      </w:pPr>
      <w:r>
        <w:lastRenderedPageBreak/>
        <w:t xml:space="preserve">Dohled ve školní jídelně provádí určený vychovatel nebo asistent pedagoga. Žáci 4. </w:t>
      </w:r>
      <w:proofErr w:type="gramStart"/>
      <w:r>
        <w:t>a</w:t>
      </w:r>
      <w:proofErr w:type="gramEnd"/>
      <w:r>
        <w:t xml:space="preserve"> 5. </w:t>
      </w:r>
      <w:proofErr w:type="gramStart"/>
      <w:r>
        <w:t>tř</w:t>
      </w:r>
      <w:proofErr w:type="gramEnd"/>
      <w:r>
        <w:t xml:space="preserve">. </w:t>
      </w:r>
      <w:proofErr w:type="gramStart"/>
      <w:r>
        <w:t>obědvají</w:t>
      </w:r>
      <w:proofErr w:type="gramEnd"/>
      <w:r>
        <w:t xml:space="preserve"> samostatně a dohled vykonává st</w:t>
      </w:r>
      <w:r>
        <w:t>anovený pedagog.</w:t>
      </w:r>
    </w:p>
    <w:p w:rsidR="00DE51CD" w:rsidRDefault="00684BF7">
      <w:pPr>
        <w:pStyle w:val="Seznamsodrkami"/>
        <w:spacing w:after="60"/>
      </w:pPr>
      <w:r>
        <w:t xml:space="preserve">Z jídelny odcházejí žáci školní družiny společně se svým vychovatelem, asistentem pedagoga, který zodpovídá za jejich bezpečnost. Žáci 4. </w:t>
      </w:r>
      <w:proofErr w:type="gramStart"/>
      <w:r>
        <w:t>a</w:t>
      </w:r>
      <w:proofErr w:type="gramEnd"/>
      <w:r>
        <w:t xml:space="preserve"> 5. </w:t>
      </w:r>
      <w:proofErr w:type="gramStart"/>
      <w:r>
        <w:t>tř</w:t>
      </w:r>
      <w:proofErr w:type="gramEnd"/>
      <w:r>
        <w:t xml:space="preserve">. </w:t>
      </w:r>
      <w:proofErr w:type="gramStart"/>
      <w:r>
        <w:t>odchází</w:t>
      </w:r>
      <w:proofErr w:type="gramEnd"/>
      <w:r>
        <w:t xml:space="preserve"> z jídelny samostatně a spořádaně.</w:t>
      </w:r>
    </w:p>
    <w:p w:rsidR="00DE51CD" w:rsidRDefault="00684BF7">
      <w:pPr>
        <w:pStyle w:val="Seznamsodrkami"/>
        <w:spacing w:after="60"/>
      </w:pPr>
      <w:r>
        <w:t>Odchod žáků ze ŠD po ukončení zaměstnání: Žáci odc</w:t>
      </w:r>
      <w:r>
        <w:t xml:space="preserve">házejí domů či za jinými mimoškolními aktivitami vždy v hodinu, kterou mají uvedenou </w:t>
      </w:r>
      <w:proofErr w:type="gramStart"/>
      <w:r>
        <w:t>na</w:t>
      </w:r>
      <w:proofErr w:type="gramEnd"/>
      <w:r>
        <w:t xml:space="preserve"> zápisním lístku.</w:t>
      </w:r>
    </w:p>
    <w:p w:rsidR="00DE51CD" w:rsidRDefault="00684BF7">
      <w:pPr>
        <w:pStyle w:val="Seznamsodrkami"/>
        <w:spacing w:after="60"/>
      </w:pPr>
      <w:r>
        <w:t>Žák před odchodem podá paní vychovatelce ruku a rozloučí se. Nesmí svévolně kamkoli odejít – vše hlásí paní vychovatelce.</w:t>
      </w:r>
    </w:p>
    <w:p w:rsidR="00DE51CD" w:rsidRDefault="00684BF7">
      <w:pPr>
        <w:pStyle w:val="Seznamsodrkami"/>
        <w:spacing w:after="60"/>
      </w:pPr>
      <w:r>
        <w:t>Individuální odchod (dojížděj</w:t>
      </w:r>
      <w:r>
        <w:t xml:space="preserve">ící žáci, docházka do ZUŠ apod.) pak </w:t>
      </w:r>
      <w:proofErr w:type="gramStart"/>
      <w:r>
        <w:t>na</w:t>
      </w:r>
      <w:proofErr w:type="gramEnd"/>
      <w:r>
        <w:t xml:space="preserve"> základě písemné žádosti rodičů, která je buď dlouhodobá či s platností pro jednotlivé případy, s výslovným požadavkem k samostatnému odchodu z místa aktuální činnosti (park, dětské hřiště). V opačném případě je žák u</w:t>
      </w:r>
      <w:r>
        <w:t xml:space="preserve">volněn až po příchodu do zařízení ŠD a v čase uvedeném </w:t>
      </w:r>
      <w:proofErr w:type="gramStart"/>
      <w:r>
        <w:t>na</w:t>
      </w:r>
      <w:proofErr w:type="gramEnd"/>
      <w:r>
        <w:t xml:space="preserve"> zápisním lístku.</w:t>
      </w:r>
    </w:p>
    <w:p w:rsidR="00DE51CD" w:rsidRDefault="00684BF7">
      <w:pPr>
        <w:pStyle w:val="Seznamsodrkami"/>
        <w:spacing w:after="60"/>
      </w:pPr>
      <w:r>
        <w:t xml:space="preserve">Mimo určenou dobu může žák ze ŠD odejít jen za doprovodu zákonného zástupce, případně </w:t>
      </w:r>
      <w:proofErr w:type="gramStart"/>
      <w:r>
        <w:t>na</w:t>
      </w:r>
      <w:proofErr w:type="gramEnd"/>
      <w:r>
        <w:t xml:space="preserve"> základě písemné žádosti – vychovatel si musí ověřit věrohodnost podpisu na: Žádost o uvolněn</w:t>
      </w:r>
      <w:r>
        <w:t xml:space="preserve">í např. </w:t>
      </w:r>
      <w:proofErr w:type="gramStart"/>
      <w:r>
        <w:t>podle</w:t>
      </w:r>
      <w:proofErr w:type="gramEnd"/>
      <w:r>
        <w:t xml:space="preserve"> podpisu rodičů v zápisním lístku (omluvenku si založí do vlastní dokumentace) nebo na základě omluvenky z ŠD v elektronickém systému Bakaláři nejpozději do 8 hodin požadovaného dne.</w:t>
      </w:r>
    </w:p>
    <w:p w:rsidR="00DE51CD" w:rsidRDefault="00684BF7">
      <w:pPr>
        <w:pStyle w:val="Seznamsodrkami"/>
        <w:spacing w:after="60"/>
      </w:pPr>
      <w:r>
        <w:t xml:space="preserve">Žáky nelze uvolňovat </w:t>
      </w:r>
      <w:proofErr w:type="gramStart"/>
      <w:r>
        <w:t>na</w:t>
      </w:r>
      <w:proofErr w:type="gramEnd"/>
      <w:r>
        <w:t xml:space="preserve"> základě telefonického hovoru.</w:t>
      </w:r>
    </w:p>
    <w:p w:rsidR="00DE51CD" w:rsidRDefault="00684BF7">
      <w:pPr>
        <w:pStyle w:val="Seznamsodrkami"/>
        <w:spacing w:after="60"/>
      </w:pPr>
      <w:r>
        <w:t xml:space="preserve">Pokud </w:t>
      </w:r>
      <w:r>
        <w:t>již žák opustil ŠD (v doprovodu zákonného zástupce, osoby svěřené) nelze, aby se zpět vracel do ŠD.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t>Postup vychovatele při nevyzvednutí žáka:</w:t>
      </w:r>
    </w:p>
    <w:p w:rsidR="00DE51CD" w:rsidRDefault="00684BF7">
      <w:pPr>
        <w:pStyle w:val="Seznamsodrkami"/>
        <w:spacing w:after="60"/>
      </w:pPr>
      <w:r>
        <w:t>Pokud si zákonní zástupci nevyzvednou žáka do konce provozní doby, bude následovat telefonická výzva k vyzvednutí,</w:t>
      </w:r>
      <w:r>
        <w:t xml:space="preserve"> číslo je uvedeno </w:t>
      </w:r>
      <w:proofErr w:type="gramStart"/>
      <w:r>
        <w:t>na</w:t>
      </w:r>
      <w:proofErr w:type="gramEnd"/>
      <w:r>
        <w:t xml:space="preserve"> zápisním lístku.</w:t>
      </w:r>
    </w:p>
    <w:p w:rsidR="00DE51CD" w:rsidRDefault="00684BF7">
      <w:pPr>
        <w:pStyle w:val="Seznamsodrkami"/>
        <w:spacing w:after="60"/>
      </w:pPr>
      <w:r>
        <w:t xml:space="preserve">V krajním případě bude ke spolupráci přizvána policie </w:t>
      </w:r>
      <w:proofErr w:type="gramStart"/>
      <w:r>
        <w:t>a</w:t>
      </w:r>
      <w:proofErr w:type="gramEnd"/>
      <w:r>
        <w:t xml:space="preserve"> oddělení péče o dítě v České Lípě.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t>Dočasné umísťování žáků do ŠD, kteří nejsou přihlášeni (například při dělených hodinách):</w:t>
      </w:r>
    </w:p>
    <w:p w:rsidR="00DE51CD" w:rsidRDefault="00684BF7">
      <w:pPr>
        <w:pStyle w:val="Seznamsodrkami"/>
        <w:spacing w:after="60"/>
      </w:pPr>
      <w:r>
        <w:t xml:space="preserve">Žák může být dočasně umístěn do ŠD v </w:t>
      </w:r>
      <w:r>
        <w:t>době, kdy je z různých důvodů cíleně či neplánovaně přerušena výuka.</w:t>
      </w:r>
    </w:p>
    <w:p w:rsidR="00DE51CD" w:rsidRDefault="00684BF7">
      <w:pPr>
        <w:pStyle w:val="Seznamsodrkami"/>
        <w:spacing w:after="60"/>
      </w:pPr>
      <w:r>
        <w:t xml:space="preserve">Pokud vedení školy nařídí mimořádný dohled </w:t>
      </w:r>
      <w:proofErr w:type="gramStart"/>
      <w:r>
        <w:t>nad</w:t>
      </w:r>
      <w:proofErr w:type="gramEnd"/>
      <w:r>
        <w:t xml:space="preserve"> žáky, nesmí být překročen maximální povolený počet žáků v oddělení (informace o počtu žáků prokazatelným způsobem sdělí příslušný vychovatel</w:t>
      </w:r>
      <w:r>
        <w:t>).</w:t>
      </w:r>
    </w:p>
    <w:p w:rsidR="00DE51CD" w:rsidRDefault="00684BF7">
      <w:pPr>
        <w:pStyle w:val="Seznamsodrkami"/>
        <w:spacing w:after="60"/>
      </w:pPr>
      <w:r>
        <w:t xml:space="preserve">V opačném případě zajistí dohled </w:t>
      </w:r>
      <w:proofErr w:type="gramStart"/>
      <w:r>
        <w:t>nad</w:t>
      </w:r>
      <w:proofErr w:type="gramEnd"/>
      <w:r>
        <w:t xml:space="preserve"> žáky podle požadavků zodpovědný pedagogický pracovník (vyučující, TU apod.), ředitelství školy, jedná se o plánovanou činnost.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lastRenderedPageBreak/>
        <w:t>Podmínky spojování jednotlivých oddělení:</w:t>
      </w:r>
    </w:p>
    <w:p w:rsidR="00DE51CD" w:rsidRDefault="00684BF7">
      <w:pPr>
        <w:pStyle w:val="Seznamsodrkami"/>
        <w:spacing w:after="60"/>
      </w:pPr>
      <w:r>
        <w:t>Na některé činnosti lze oddělení spojovat – cel</w:t>
      </w:r>
      <w:r>
        <w:t>odružinové akce, v době, kdy je počet žáků v odděleních malý /ředitelské volno, prázdniny, začátek a konec roku/.</w:t>
      </w:r>
    </w:p>
    <w:p w:rsidR="00DE51CD" w:rsidRDefault="00684BF7">
      <w:pPr>
        <w:pStyle w:val="Seznamsodrkami"/>
        <w:spacing w:after="60"/>
      </w:pPr>
      <w:r>
        <w:t>Spojování je možné i v době nepřítomnosti některého z vychovatelů, nesmí dojít k překročení maximálního povoleného počtu žáků v jednom oddělen</w:t>
      </w:r>
      <w:r>
        <w:t>í ŠD.</w:t>
      </w:r>
    </w:p>
    <w:p w:rsidR="00DE51CD" w:rsidRDefault="00684BF7">
      <w:pPr>
        <w:pStyle w:val="Seznamsodrkami"/>
        <w:spacing w:after="60"/>
      </w:pPr>
      <w:r>
        <w:t>Jedná se o zajištění zájmové činnosti žáků /kroužky/, pokud vychovatel vede kroužek, osobně předá své žáky do příslušného oddělení a zároveň si přebírá žáky, které navštěvují jeho kroužek.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t>Další činnosti organizované ŠD či pořádané v jejím rámci:</w:t>
      </w:r>
    </w:p>
    <w:p w:rsidR="00DE51CD" w:rsidRDefault="00684BF7">
      <w:pPr>
        <w:pStyle w:val="Seznamsodrkami"/>
        <w:spacing w:after="60"/>
      </w:pPr>
      <w:r>
        <w:t>Lze</w:t>
      </w:r>
      <w:r>
        <w:t xml:space="preserve"> uskutečňovat akce mimo stanovenou provozní dobu – výlety, sportovní či společenské akce.</w:t>
      </w:r>
    </w:p>
    <w:p w:rsidR="00DE51CD" w:rsidRDefault="00684BF7">
      <w:pPr>
        <w:pStyle w:val="Seznamsodrkami"/>
        <w:spacing w:after="60"/>
      </w:pPr>
      <w:r>
        <w:t xml:space="preserve">Akce mustí být v předstihu schváleny vedením školy </w:t>
      </w:r>
      <w:proofErr w:type="gramStart"/>
      <w:r>
        <w:t>a</w:t>
      </w:r>
      <w:proofErr w:type="gramEnd"/>
      <w:r>
        <w:t xml:space="preserve"> uvedeny v týdenním plánu práce ŠD.</w:t>
      </w:r>
    </w:p>
    <w:p w:rsidR="00DE51CD" w:rsidRDefault="00684BF7">
      <w:pPr>
        <w:pStyle w:val="Seznamsodrkami"/>
        <w:spacing w:after="60"/>
      </w:pPr>
      <w:r>
        <w:t>Podmínkou konání je zajištění pravidel BOZP všech účastníků, písemný souhlas r</w:t>
      </w:r>
      <w:r>
        <w:t>odičů.</w:t>
      </w:r>
    </w:p>
    <w:p w:rsidR="00DE51CD" w:rsidRDefault="00684BF7">
      <w:pPr>
        <w:pStyle w:val="Seznamsodrkami"/>
        <w:spacing w:after="60"/>
      </w:pPr>
      <w:r>
        <w:t>Při akcích výkonnostního charakteru je nezbytné písemné prohlášení zákonných zástupců ke zdravotnímu stavu žáka.</w:t>
      </w:r>
    </w:p>
    <w:p w:rsidR="00DE51CD" w:rsidRDefault="00684BF7">
      <w:pPr>
        <w:pStyle w:val="Seznamsodrkami"/>
        <w:spacing w:after="60"/>
      </w:pPr>
      <w:r>
        <w:t xml:space="preserve">O prázdninách, ředitelském volnu bude provoz ŠD zajištěn v případě, že se přihlásí víc než 10 žáků a to v době </w:t>
      </w:r>
      <w:proofErr w:type="gramStart"/>
      <w:r>
        <w:t>od</w:t>
      </w:r>
      <w:proofErr w:type="gramEnd"/>
      <w:r>
        <w:t xml:space="preserve"> 6.30 – 16.00 hod.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t>Orga</w:t>
      </w:r>
      <w:r>
        <w:rPr>
          <w:b/>
          <w:color w:val="333333"/>
        </w:rPr>
        <w:t>nizace ŠD během letních prázdnin:</w:t>
      </w:r>
    </w:p>
    <w:p w:rsidR="00DE51CD" w:rsidRDefault="00684BF7">
      <w:pPr>
        <w:pStyle w:val="Seznamsodrkami"/>
        <w:spacing w:after="60"/>
      </w:pPr>
      <w:r>
        <w:t>Pro přijetí žáka k zájmovému vzdělávání o letních prázdninách, je nutné mít vyplněnou přihlášku – ZÁPISNÍ LÍSTEK – léto, kde je evidentní rozsah docházky žáka,</w:t>
      </w:r>
    </w:p>
    <w:p w:rsidR="00DE51CD" w:rsidRDefault="00684BF7">
      <w:pPr>
        <w:pStyle w:val="Seznamsodrkami"/>
        <w:spacing w:after="60"/>
      </w:pPr>
      <w:proofErr w:type="gramStart"/>
      <w:r>
        <w:t>docházka</w:t>
      </w:r>
      <w:proofErr w:type="gramEnd"/>
      <w:r>
        <w:t xml:space="preserve"> a činnost žáka je vedena v elektronické třídní knize </w:t>
      </w:r>
      <w:r>
        <w:t>– systém Bakaláři. Absenci, změnu docházky zákonní zástupci hlásí paní vychovatelce;</w:t>
      </w:r>
    </w:p>
    <w:p w:rsidR="00DE51CD" w:rsidRDefault="00684BF7">
      <w:pPr>
        <w:pStyle w:val="Seznamsodrkami"/>
        <w:spacing w:after="60"/>
      </w:pPr>
      <w:proofErr w:type="gramStart"/>
      <w:r>
        <w:t>provoz</w:t>
      </w:r>
      <w:proofErr w:type="gramEnd"/>
      <w:r>
        <w:t xml:space="preserve"> ŠD bude zajištěn od 6.30 – do 16.00 hod.,</w:t>
      </w:r>
    </w:p>
    <w:p w:rsidR="00DE51CD" w:rsidRDefault="00684BF7">
      <w:pPr>
        <w:pStyle w:val="Seznamsodrkami"/>
        <w:spacing w:after="60"/>
      </w:pPr>
      <w:proofErr w:type="gramStart"/>
      <w:r>
        <w:t>při</w:t>
      </w:r>
      <w:proofErr w:type="gramEnd"/>
      <w:r>
        <w:t xml:space="preserve"> nízkém počtu přihlášených žáků (min. počet 10 žáků) nebude provoz ŠD zajištěn. Vedoucí ŠD dá v dostatečném časovém pře</w:t>
      </w:r>
      <w:r>
        <w:t>dstihu (</w:t>
      </w:r>
      <w:proofErr w:type="gramStart"/>
      <w:r>
        <w:t>na</w:t>
      </w:r>
      <w:proofErr w:type="gramEnd"/>
      <w:r>
        <w:t xml:space="preserve"> základě schválení zřizovatele a podle písemného vyjádření zákonných zástupců) na vědomí zák. zástupcům změnu provozu ŠD během školních prázdnin;</w:t>
      </w:r>
    </w:p>
    <w:p w:rsidR="00DE51CD" w:rsidRDefault="00684BF7">
      <w:pPr>
        <w:pStyle w:val="Seznamsodrkami"/>
        <w:spacing w:after="60"/>
      </w:pPr>
      <w:r>
        <w:t>žáci budou v budově ŠD nad jídelnou a odborných učebnách školy;</w:t>
      </w:r>
    </w:p>
    <w:p w:rsidR="00DE51CD" w:rsidRDefault="00684BF7">
      <w:pPr>
        <w:pStyle w:val="Seznamsodrkami"/>
        <w:spacing w:after="60"/>
      </w:pPr>
      <w:proofErr w:type="gramStart"/>
      <w:r>
        <w:t>obědy</w:t>
      </w:r>
      <w:proofErr w:type="gramEnd"/>
      <w:r>
        <w:t xml:space="preserve"> zajistí jídelna ZŠ Slovanka. Z</w:t>
      </w:r>
      <w:r>
        <w:t xml:space="preserve">ákonní zástupci mají povinnost odhlásit obědy v době nepřítomnosti žáka. V případě náhlého onemocnění je možné oběd vyzvednout týž den </w:t>
      </w:r>
      <w:proofErr w:type="gramStart"/>
      <w:r>
        <w:t>od</w:t>
      </w:r>
      <w:proofErr w:type="gramEnd"/>
      <w:r>
        <w:t xml:space="preserve"> 12.30 do 13.00 hod. V ostatních případech absence je nutné odhlásit oběd nejpozději do 14.00 </w:t>
      </w:r>
      <w:proofErr w:type="gramStart"/>
      <w:r>
        <w:t>hod</w:t>
      </w:r>
      <w:proofErr w:type="gramEnd"/>
      <w:r>
        <w:t>. v předchozí pracovní</w:t>
      </w:r>
      <w:r>
        <w:t xml:space="preserve"> den na tel. č. školní jídelny 730 573 057;</w:t>
      </w:r>
    </w:p>
    <w:p w:rsidR="00DE51CD" w:rsidRDefault="00684BF7">
      <w:pPr>
        <w:pStyle w:val="Seznamsodrkami"/>
        <w:spacing w:after="60"/>
      </w:pPr>
      <w:r>
        <w:t>Školné za ŠD – srpen 2026 činí 350</w:t>
      </w:r>
      <w:proofErr w:type="gramStart"/>
      <w:r>
        <w:t>,00</w:t>
      </w:r>
      <w:proofErr w:type="gramEnd"/>
      <w:r>
        <w:t xml:space="preserve"> Kč. Platba školného by měla být uhrazena na účet č. 4272 4824/0600 do 30. </w:t>
      </w:r>
      <w:proofErr w:type="gramStart"/>
      <w:r>
        <w:t>června</w:t>
      </w:r>
      <w:proofErr w:type="gramEnd"/>
      <w:r>
        <w:t xml:space="preserve"> 2027, variabilní symbol zůstává stejný jako v předešlém školním roce.</w:t>
      </w:r>
    </w:p>
    <w:p w:rsidR="00DE51CD" w:rsidRDefault="00684BF7">
      <w:pPr>
        <w:keepNext/>
        <w:spacing w:before="240" w:after="80"/>
      </w:pPr>
      <w:r>
        <w:rPr>
          <w:b/>
          <w:color w:val="333333"/>
        </w:rPr>
        <w:lastRenderedPageBreak/>
        <w:t>Styk s rodiči</w:t>
      </w:r>
    </w:p>
    <w:p w:rsidR="00DE51CD" w:rsidRDefault="00684BF7">
      <w:pPr>
        <w:pStyle w:val="Seznamsodrkami"/>
        <w:spacing w:after="60"/>
      </w:pPr>
      <w:r>
        <w:t>Při zaháj</w:t>
      </w:r>
      <w:r>
        <w:t xml:space="preserve">ení nového školního roku jsou zákonní zástupci prokazatelně seznámeni s Vnitřním řádem ŠD – jedná se o 1. </w:t>
      </w:r>
      <w:proofErr w:type="gramStart"/>
      <w:r>
        <w:t>třídy</w:t>
      </w:r>
      <w:proofErr w:type="gramEnd"/>
      <w:r>
        <w:t>, kdy zároveň obdrží písemné pokyny k činnosti ŠD.</w:t>
      </w:r>
    </w:p>
    <w:p w:rsidR="00DE51CD" w:rsidRDefault="00684BF7">
      <w:pPr>
        <w:pStyle w:val="Seznamsodrkami"/>
        <w:spacing w:after="60"/>
      </w:pPr>
      <w:r>
        <w:t>Na třídních schůzkách mají rodiče možnost ústních informací o svém žákovi, rovněž jsou seznáme</w:t>
      </w:r>
      <w:r>
        <w:t>ni s Vnitřním řádem ŠD.</w:t>
      </w:r>
    </w:p>
    <w:p w:rsidR="00DE51CD" w:rsidRDefault="00684BF7">
      <w:pPr>
        <w:pStyle w:val="Seznamsodrkami"/>
        <w:spacing w:after="60"/>
      </w:pPr>
      <w:r>
        <w:t>Náhlé aktuality či změny je možno denně konzultovat osobně s vychovatelem při vyzvedávání žáka/žákyně či si telefonicky domluvit schůzku.</w:t>
      </w:r>
    </w:p>
    <w:p w:rsidR="00DE51CD" w:rsidRDefault="00684BF7">
      <w:pPr>
        <w:pStyle w:val="Seznamsodrkami"/>
        <w:spacing w:after="60"/>
      </w:pPr>
      <w:r>
        <w:t xml:space="preserve">Vnitřní řád ŠD je k nahlédnutí v každém oddělení ŠD nebo </w:t>
      </w:r>
      <w:proofErr w:type="gramStart"/>
      <w:r>
        <w:t>na</w:t>
      </w:r>
      <w:proofErr w:type="gramEnd"/>
      <w:r>
        <w:t xml:space="preserve"> webových stránkách školy.</w:t>
      </w:r>
    </w:p>
    <w:p w:rsidR="00DE51CD" w:rsidRDefault="00684BF7">
      <w:pPr>
        <w:keepNext/>
        <w:spacing w:before="360" w:after="120"/>
      </w:pPr>
      <w:r>
        <w:rPr>
          <w:b/>
          <w:color w:val="2B5797"/>
          <w:sz w:val="28"/>
        </w:rPr>
        <w:t>PODMÍNKY</w:t>
      </w:r>
      <w:r>
        <w:rPr>
          <w:b/>
          <w:color w:val="2B5797"/>
          <w:sz w:val="28"/>
        </w:rPr>
        <w:t xml:space="preserve"> ZAJIŠTĚNÍ BEZPEČNOSTI A OCHRANY ZDRAVÍ DĚTÍ A JEJICH OCHRANY PŘED SOCIÁLNĚ PATOLOGICKÝMI JEVY A PŘED PROJEVY DISKRIMINACE, NEPŘÁTELSTVÍ NEBO NÁSILÍ</w:t>
      </w:r>
    </w:p>
    <w:p w:rsidR="00DE51CD" w:rsidRDefault="00684BF7">
      <w:pPr>
        <w:pStyle w:val="Seznamsodrkami"/>
        <w:spacing w:after="60"/>
      </w:pPr>
      <w:r>
        <w:t>Všichni žáci se chovají ve ŠD tak, aby neohrozili zdraví své ani nikoho jiného.</w:t>
      </w:r>
    </w:p>
    <w:p w:rsidR="00DE51CD" w:rsidRDefault="00684BF7">
      <w:pPr>
        <w:pStyle w:val="Seznamsodrkami"/>
        <w:spacing w:after="60"/>
      </w:pPr>
      <w:r>
        <w:t>Vedoucí vychovatelka plánuj</w:t>
      </w:r>
      <w:r>
        <w:t>e společně s ostatními vychovateli celoroční plán práce ŠD a týdenní plán pouze takové činnosti, které neohrožují bezpečnost a zdraví žáků a ke kterým mají vychovatelé odbornou pedagogickou způsobilost.</w:t>
      </w:r>
    </w:p>
    <w:p w:rsidR="00DE51CD" w:rsidRDefault="00684BF7">
      <w:pPr>
        <w:pStyle w:val="Seznamsodrkami"/>
        <w:spacing w:after="60"/>
      </w:pPr>
      <w:r>
        <w:t>K činnosti se žáky lze využívat pouze vybavení a zaří</w:t>
      </w:r>
      <w:r>
        <w:t>zení, které neohrožuje bezpečnost a zdraví všech přítomných.</w:t>
      </w:r>
    </w:p>
    <w:p w:rsidR="00DE51CD" w:rsidRDefault="00684BF7">
      <w:pPr>
        <w:pStyle w:val="Seznamsodrkami"/>
        <w:spacing w:after="60"/>
      </w:pPr>
      <w:r>
        <w:t xml:space="preserve">Všichni žáci jsou </w:t>
      </w:r>
      <w:proofErr w:type="gramStart"/>
      <w:r>
        <w:t>na</w:t>
      </w:r>
      <w:proofErr w:type="gramEnd"/>
      <w:r>
        <w:t xml:space="preserve"> začátku docházky do ŠD poučeni o základních bezpečnostních pravidlech, která v době pobytu ve ŠD dodržují.</w:t>
      </w:r>
    </w:p>
    <w:p w:rsidR="00DE51CD" w:rsidRDefault="00684BF7">
      <w:pPr>
        <w:pStyle w:val="Seznamsodrkami"/>
        <w:spacing w:after="60"/>
      </w:pPr>
      <w:r>
        <w:t>Pohyb žáků mimo prostor školní družiny je povolen pouze se souhlase</w:t>
      </w:r>
      <w:r>
        <w:t>m příslušného vychovatele (přecházení do jiných oddělení, k činnostem – tělocvična, učebna VPT, při odchodu do šatny).</w:t>
      </w:r>
    </w:p>
    <w:p w:rsidR="00DE51CD" w:rsidRDefault="00684BF7">
      <w:pPr>
        <w:pStyle w:val="Seznamsodrkami"/>
        <w:spacing w:after="60"/>
      </w:pPr>
      <w:r>
        <w:t xml:space="preserve">Pokud žák zjistí nějakou závadu či nedostatek, jež by mohly ohrozit zdraví či bezpečnost osob, je povinen informovat o této skutečnosti </w:t>
      </w:r>
      <w:r>
        <w:t>vychovatelku.</w:t>
      </w:r>
    </w:p>
    <w:p w:rsidR="00DE51CD" w:rsidRDefault="00684BF7">
      <w:pPr>
        <w:pStyle w:val="Seznamsodrkami"/>
        <w:spacing w:after="60"/>
      </w:pPr>
      <w:r>
        <w:t xml:space="preserve">Každý úraz nebo poranění je nutné ihned hlásit vychovatelce, která zajistí ošetření, první pomoc žáka </w:t>
      </w:r>
      <w:proofErr w:type="gramStart"/>
      <w:r>
        <w:t>a</w:t>
      </w:r>
      <w:proofErr w:type="gramEnd"/>
      <w:r>
        <w:t xml:space="preserve"> informuje zákonného zástupce, zapíše do elektronické knihy úrazů (systém Bakaláři).</w:t>
      </w:r>
    </w:p>
    <w:p w:rsidR="00DE51CD" w:rsidRDefault="00684BF7">
      <w:pPr>
        <w:pStyle w:val="Seznamsodrkami"/>
        <w:spacing w:after="60"/>
      </w:pPr>
      <w:r>
        <w:t>Ve všech prostorách ŠD platí přísný zákaz kouření, pož</w:t>
      </w:r>
      <w:r>
        <w:t>ívání alkoholu a dalších návykových látek.</w:t>
      </w:r>
    </w:p>
    <w:p w:rsidR="00DE51CD" w:rsidRDefault="00684BF7">
      <w:pPr>
        <w:pStyle w:val="Seznamsodrkami"/>
        <w:spacing w:after="60"/>
      </w:pPr>
      <w:r>
        <w:t>Žáci mají zakázáno manipulovat s elektrickými spotřebiči, elektrickým zařízením, otevírat okna.</w:t>
      </w:r>
    </w:p>
    <w:p w:rsidR="00DE51CD" w:rsidRDefault="00684BF7">
      <w:pPr>
        <w:pStyle w:val="Seznamsodrkami"/>
        <w:spacing w:after="60"/>
      </w:pPr>
      <w:r>
        <w:t>Do ŠD žáci nenosí nebezpečné předměty a cennosti, škola nenese za ztrátu cenností odpovědnost.</w:t>
      </w:r>
    </w:p>
    <w:p w:rsidR="00DE51CD" w:rsidRDefault="00684BF7">
      <w:pPr>
        <w:pStyle w:val="Seznamsodrkami"/>
        <w:spacing w:after="60"/>
      </w:pPr>
      <w:r>
        <w:t xml:space="preserve">Za žáka, který byl ve </w:t>
      </w:r>
      <w:r>
        <w:t>škole a do ŠD se nedostaví, vychovatelka nezodpovídá, neprodleně informuje rodiče o nepřítomnosti dítěte.</w:t>
      </w:r>
    </w:p>
    <w:p w:rsidR="00DE51CD" w:rsidRDefault="00684BF7">
      <w:pPr>
        <w:keepNext/>
        <w:spacing w:before="360" w:after="120"/>
      </w:pPr>
      <w:r>
        <w:rPr>
          <w:b/>
          <w:color w:val="2B5797"/>
          <w:sz w:val="28"/>
        </w:rPr>
        <w:lastRenderedPageBreak/>
        <w:t>PODMÍNKY ZACHÁZENÍ S MAJETKEM ŠKOLY NEBO ŠKOLNÍ DRUŽINY ZE STRANY DĚTÍ, ŽÁKŮ</w:t>
      </w:r>
    </w:p>
    <w:p w:rsidR="00DE51CD" w:rsidRDefault="00684BF7">
      <w:pPr>
        <w:pStyle w:val="Seznamsodrkami"/>
        <w:spacing w:after="60"/>
      </w:pPr>
      <w:r>
        <w:t>Žáci jsou povinni řádně pečovat o takto propůjčený majetek školy, ochraňo</w:t>
      </w:r>
      <w:r>
        <w:t>vat jej před ztrátou a poškozením.</w:t>
      </w:r>
    </w:p>
    <w:p w:rsidR="00DE51CD" w:rsidRDefault="00684BF7">
      <w:pPr>
        <w:pStyle w:val="Seznamsodrkami"/>
        <w:spacing w:after="60"/>
      </w:pPr>
      <w:r>
        <w:t xml:space="preserve">Ztráty věcí hlásí žáci neprodleně svému vychovateli. Žáci dbají </w:t>
      </w:r>
      <w:proofErr w:type="gramStart"/>
      <w:r>
        <w:t>na</w:t>
      </w:r>
      <w:proofErr w:type="gramEnd"/>
      <w:r>
        <w:t xml:space="preserve"> dostatečné zajištění svých věcí – uzamykání šatní skříňky, oddělení ŠD.</w:t>
      </w:r>
    </w:p>
    <w:p w:rsidR="00DE51CD" w:rsidRDefault="00684BF7">
      <w:pPr>
        <w:pStyle w:val="Seznamsodrkami"/>
        <w:spacing w:after="60"/>
      </w:pPr>
      <w:r>
        <w:t xml:space="preserve">Při nahlášení krádeže žákem se o události pořídí záznam </w:t>
      </w:r>
      <w:proofErr w:type="gramStart"/>
      <w:r>
        <w:t>na</w:t>
      </w:r>
      <w:proofErr w:type="gramEnd"/>
      <w:r>
        <w:t xml:space="preserve"> základě výpovědi poškoz</w:t>
      </w:r>
      <w:r>
        <w:t xml:space="preserve">eného. Věc se předá orgánům činným v trestném řízení (ohlásit </w:t>
      </w:r>
      <w:proofErr w:type="gramStart"/>
      <w:r>
        <w:t>na</w:t>
      </w:r>
      <w:proofErr w:type="gramEnd"/>
      <w:r>
        <w:t xml:space="preserve"> místní nebo obvodní oddělení Policie ČR), nebo žák bude poučen, že má tuto možnost.</w:t>
      </w:r>
    </w:p>
    <w:p w:rsidR="00DE51CD" w:rsidRDefault="00684BF7">
      <w:pPr>
        <w:keepNext/>
        <w:spacing w:before="360" w:after="120"/>
      </w:pPr>
      <w:r>
        <w:rPr>
          <w:b/>
          <w:color w:val="2B5797"/>
          <w:sz w:val="28"/>
        </w:rPr>
        <w:t>PRAVIDLA PRO HODNOCENÍ VÝSLEDKŮ VZDĚLÁVÁNÍ ŽÁKŮ</w:t>
      </w:r>
    </w:p>
    <w:p w:rsidR="00DE51CD" w:rsidRDefault="00684BF7">
      <w:pPr>
        <w:pStyle w:val="Seznamsodrkami"/>
        <w:spacing w:after="60"/>
      </w:pPr>
      <w:r>
        <w:t>Na hodnocení a klasifikaci chování žáka ve školní družině s</w:t>
      </w:r>
      <w:r>
        <w:t xml:space="preserve">e vztahují výchovná opatření, která jsou součástí hodnocení chování podle školního řádu, tj. </w:t>
      </w:r>
      <w:proofErr w:type="gramStart"/>
      <w:r>
        <w:t>udělování</w:t>
      </w:r>
      <w:proofErr w:type="gramEnd"/>
      <w:r>
        <w:t xml:space="preserve"> napomenutí, důtky třídního učitele, důtky ředitele školy, klasifikace sníženou známkou z chování na vysvědčení.</w:t>
      </w:r>
    </w:p>
    <w:p w:rsidR="00DE51CD" w:rsidRDefault="00684BF7">
      <w:pPr>
        <w:pStyle w:val="Seznamsodrkami"/>
        <w:spacing w:after="60"/>
      </w:pPr>
      <w:r>
        <w:t xml:space="preserve">Pokud žák narušuje soustavně vnitřní řád </w:t>
      </w:r>
      <w:r>
        <w:t>a činnost školní družiny, může být rozhodnutím ředitele z družiny vyloučen.</w:t>
      </w:r>
    </w:p>
    <w:p w:rsidR="00DE51CD" w:rsidRDefault="00684BF7">
      <w:pPr>
        <w:pStyle w:val="Seznamsodrkami"/>
        <w:spacing w:after="60"/>
      </w:pPr>
      <w:r>
        <w:t>Ředitel může rozhodnout o vyloučení žáka ze ŠD, pokud tento žák soustavně nebo nějakým významným projevem porušil kázeň a pořádek, ohrožuje zdraví a bezpečnost ostatních, dlouhodob</w:t>
      </w:r>
      <w:r>
        <w:t>ě svévolně nenavštěvuje ŠD nebo z jiných zvláště závažných důvodů.</w:t>
      </w:r>
    </w:p>
    <w:p w:rsidR="00DE51CD" w:rsidRDefault="00684BF7">
      <w:pPr>
        <w:keepNext/>
        <w:spacing w:before="360" w:after="120"/>
      </w:pPr>
      <w:r>
        <w:rPr>
          <w:b/>
          <w:color w:val="2B5797"/>
          <w:sz w:val="28"/>
        </w:rPr>
        <w:t>DOKUMENTACE</w:t>
      </w:r>
    </w:p>
    <w:p w:rsidR="00DE51CD" w:rsidRDefault="00684BF7">
      <w:r>
        <w:t>Ve školní družině se vede tato dokumentace:</w:t>
      </w:r>
    </w:p>
    <w:p w:rsidR="00DE51CD" w:rsidRDefault="00684BF7">
      <w:pPr>
        <w:pStyle w:val="Seznamsodrkami"/>
        <w:spacing w:after="60"/>
      </w:pPr>
      <w:r>
        <w:t>a) Zápisní lístek žáka (přihláška k pravidelné docházce),</w:t>
      </w:r>
    </w:p>
    <w:p w:rsidR="00DE51CD" w:rsidRDefault="00684BF7">
      <w:pPr>
        <w:pStyle w:val="Seznamsodrkami"/>
        <w:spacing w:after="60"/>
      </w:pPr>
      <w:r>
        <w:t>b) přehled výchovně vzdělávací práce, elektronicky v systému Bakaláři,</w:t>
      </w:r>
    </w:p>
    <w:p w:rsidR="00DE51CD" w:rsidRDefault="00684BF7">
      <w:pPr>
        <w:pStyle w:val="Seznamsodrkami"/>
        <w:spacing w:after="60"/>
      </w:pPr>
      <w:r>
        <w:t>c) d</w:t>
      </w:r>
      <w:r>
        <w:t>ocházka v elektronické TK,</w:t>
      </w:r>
    </w:p>
    <w:p w:rsidR="00DE51CD" w:rsidRDefault="00684BF7">
      <w:pPr>
        <w:pStyle w:val="Seznamsodrkami"/>
        <w:spacing w:after="60"/>
      </w:pPr>
      <w:r>
        <w:t>d) celoroční plán práce,</w:t>
      </w:r>
    </w:p>
    <w:p w:rsidR="00DE51CD" w:rsidRDefault="00684BF7">
      <w:pPr>
        <w:pStyle w:val="Seznamsodrkami"/>
        <w:spacing w:after="60"/>
      </w:pPr>
      <w:r>
        <w:t xml:space="preserve">e) DOCHÁZKOVÝ SEŠIT - evidence docházky: Ranní družina (6.00 – 7.00 hod.), Ranní družina 7.00 – 7.55 </w:t>
      </w:r>
      <w:proofErr w:type="gramStart"/>
      <w:r>
        <w:t>hod.,</w:t>
      </w:r>
      <w:proofErr w:type="gramEnd"/>
      <w:r>
        <w:t xml:space="preserve"> Odpolední družina 15.15 – 16.30 hod.</w:t>
      </w:r>
    </w:p>
    <w:p w:rsidR="00DE51CD" w:rsidRDefault="00684BF7">
      <w:pPr>
        <w:keepNext/>
        <w:spacing w:before="360" w:after="120"/>
      </w:pPr>
      <w:r>
        <w:rPr>
          <w:b/>
          <w:color w:val="2B5797"/>
          <w:sz w:val="28"/>
        </w:rPr>
        <w:t>ZÁVĚREČNÁ USTANOVENÍ</w:t>
      </w:r>
    </w:p>
    <w:p w:rsidR="00DE51CD" w:rsidRDefault="00684BF7">
      <w:pPr>
        <w:pStyle w:val="Seznamsodrkami"/>
        <w:spacing w:after="60"/>
      </w:pPr>
      <w:r>
        <w:t xml:space="preserve">Kontrolou provádění ustanovení této </w:t>
      </w:r>
      <w:r>
        <w:t>směrnice je statutárním orgánem školy pověřen zaměstnanec: vedoucí vychovatelka školní družiny Bc. Miroslava Jonášová a zástupce ředitele Mgr. Kateřina Černá.</w:t>
      </w:r>
    </w:p>
    <w:p w:rsidR="00DE51CD" w:rsidRDefault="00684BF7">
      <w:pPr>
        <w:pStyle w:val="Seznamsodrkami"/>
        <w:spacing w:after="60"/>
      </w:pPr>
      <w:r>
        <w:t>Směrnice byla projednána se zaměstnanci dne 25.08. 2026</w:t>
      </w:r>
    </w:p>
    <w:p w:rsidR="00DE51CD" w:rsidRDefault="00684BF7">
      <w:pPr>
        <w:pStyle w:val="Seznamsodrkami"/>
        <w:spacing w:after="60"/>
      </w:pPr>
      <w:r>
        <w:t xml:space="preserve">Zrušuje se předchozí znění této směrnice </w:t>
      </w:r>
      <w:r>
        <w:t>ze dne 04.09. 2023.</w:t>
      </w:r>
    </w:p>
    <w:p w:rsidR="00DE51CD" w:rsidRDefault="00684BF7">
      <w:pPr>
        <w:pStyle w:val="Seznamsodrkami"/>
        <w:spacing w:after="60"/>
      </w:pPr>
      <w:r>
        <w:t>Uložení směrnice v archivu školy se řídí Spisovým řádem školy.</w:t>
      </w:r>
    </w:p>
    <w:p w:rsidR="00DE51CD" w:rsidRDefault="00684BF7">
      <w:pPr>
        <w:pStyle w:val="Seznamsodrkami"/>
        <w:spacing w:after="60"/>
      </w:pPr>
      <w:r>
        <w:lastRenderedPageBreak/>
        <w:t>Směrnice nabývá platnosti dnem podpisu ředitelem školy a zveřejněním.</w:t>
      </w:r>
    </w:p>
    <w:p w:rsidR="00DE51CD" w:rsidRDefault="00684BF7">
      <w:pPr>
        <w:pStyle w:val="Seznamsodrkami"/>
        <w:spacing w:after="60"/>
      </w:pPr>
      <w:r>
        <w:t>Směrnice nabývá účinnosti dnem 01.09. 2026</w:t>
      </w:r>
    </w:p>
    <w:p w:rsidR="00DE51CD" w:rsidRDefault="00684BF7">
      <w:pPr>
        <w:spacing w:before="360"/>
      </w:pPr>
      <w:proofErr w:type="gramStart"/>
      <w:r>
        <w:rPr>
          <w:b/>
        </w:rPr>
        <w:t>V České Lípě dne 01.09.</w:t>
      </w:r>
      <w:proofErr w:type="gramEnd"/>
      <w:r>
        <w:rPr>
          <w:b/>
        </w:rPr>
        <w:t xml:space="preserve"> 2026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  <w:t xml:space="preserve">Mgr. Tomáš POLICER, ředitel </w:t>
      </w:r>
      <w:r>
        <w:rPr>
          <w:b/>
        </w:rPr>
        <w:t>školy</w:t>
      </w:r>
    </w:p>
    <w:sectPr w:rsidR="00DE51CD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0B0AB3"/>
    <w:rsid w:val="0015074B"/>
    <w:rsid w:val="0029639D"/>
    <w:rsid w:val="00326F90"/>
    <w:rsid w:val="004B5425"/>
    <w:rsid w:val="00684BF7"/>
    <w:rsid w:val="00AA1D8D"/>
    <w:rsid w:val="00B47730"/>
    <w:rsid w:val="00B737A9"/>
    <w:rsid w:val="00CB0664"/>
    <w:rsid w:val="00DE51CD"/>
    <w:rsid w:val="00E27B9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93F"/>
    <w:rPr>
      <w:rFonts w:ascii="Times New Roman" w:hAnsi="Times New Roman"/>
      <w:color w:val="000000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FC693F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vraznn">
    <w:name w:val="Emphasis"/>
    <w:basedOn w:val="Standardnpsmoodstavce"/>
    <w:uiPriority w:val="20"/>
    <w:qFormat/>
    <w:rsid w:val="00FC693F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68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BF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2986</Words>
  <Characters>17622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20567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Pavel</cp:lastModifiedBy>
  <cp:revision>6</cp:revision>
  <dcterms:created xsi:type="dcterms:W3CDTF">2026-08-20T09:24:00Z</dcterms:created>
  <dcterms:modified xsi:type="dcterms:W3CDTF">2026-08-20T11:04:00Z</dcterms:modified>
  <cp:category/>
</cp:coreProperties>
</file>